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616D" w:rsidRDefault="0058616D">
      <w:pPr>
        <w:jc w:val="center"/>
        <w:rPr>
          <w:rFonts w:cs="Times New Roman"/>
          <w:b/>
          <w:sz w:val="36"/>
          <w:szCs w:val="36"/>
        </w:rPr>
      </w:pPr>
    </w:p>
    <w:p w:rsidR="0058616D" w:rsidRDefault="0058616D">
      <w:pPr>
        <w:jc w:val="center"/>
        <w:rPr>
          <w:rFonts w:cs="Times New Roman"/>
          <w:b/>
          <w:sz w:val="36"/>
          <w:szCs w:val="36"/>
        </w:rPr>
      </w:pPr>
    </w:p>
    <w:p w:rsidR="0058616D" w:rsidRDefault="0058616D">
      <w:pPr>
        <w:jc w:val="center"/>
        <w:rPr>
          <w:rFonts w:cs="Times New Roman"/>
          <w:b/>
          <w:sz w:val="36"/>
          <w:szCs w:val="36"/>
        </w:rPr>
      </w:pPr>
    </w:p>
    <w:p w:rsidR="0058616D" w:rsidRDefault="0058616D">
      <w:pPr>
        <w:jc w:val="center"/>
        <w:rPr>
          <w:rFonts w:cs="Times New Roman"/>
          <w:b/>
          <w:sz w:val="36"/>
          <w:szCs w:val="36"/>
        </w:rPr>
      </w:pPr>
    </w:p>
    <w:p w:rsidR="00A76212" w:rsidRPr="00A9367D" w:rsidRDefault="00AF3674">
      <w:pPr>
        <w:jc w:val="center"/>
        <w:rPr>
          <w:rFonts w:cs="Times New Roman"/>
          <w:sz w:val="44"/>
          <w:szCs w:val="44"/>
          <w:lang w:val="ru-RU"/>
        </w:rPr>
      </w:pPr>
      <w:r w:rsidRPr="00A9367D">
        <w:rPr>
          <w:rFonts w:cs="Times New Roman"/>
          <w:b/>
          <w:sz w:val="44"/>
          <w:szCs w:val="44"/>
          <w:lang w:val="ru-RU"/>
        </w:rPr>
        <w:t>ПЛАН РОБОТИ</w:t>
      </w:r>
      <w:r w:rsidRPr="00A9367D">
        <w:rPr>
          <w:rFonts w:cs="Times New Roman"/>
          <w:b/>
          <w:sz w:val="44"/>
          <w:szCs w:val="44"/>
          <w:lang w:val="ru-RU"/>
        </w:rPr>
        <w:br/>
        <w:t xml:space="preserve">СТУДЕНТСЬКОГО НАУКОВОГО </w:t>
      </w:r>
      <w:r w:rsidRPr="00A9367D">
        <w:rPr>
          <w:rFonts w:cs="Times New Roman"/>
          <w:b/>
          <w:sz w:val="44"/>
          <w:szCs w:val="44"/>
          <w:lang w:val="ru-RU"/>
        </w:rPr>
        <w:br/>
        <w:t xml:space="preserve">ГУРТКА «ПОРІВНЯЛЬНА ТИПОЛОГІЯ» </w:t>
      </w:r>
      <w:r w:rsidRPr="00A9367D">
        <w:rPr>
          <w:rFonts w:cs="Times New Roman"/>
          <w:b/>
          <w:sz w:val="44"/>
          <w:szCs w:val="44"/>
          <w:lang w:val="ru-RU"/>
        </w:rPr>
        <w:br/>
        <w:t xml:space="preserve">ПРИ КАФЕДРІ ГЕРМАНСЬКОЇ </w:t>
      </w:r>
      <w:r w:rsidRPr="00A9367D">
        <w:rPr>
          <w:rFonts w:cs="Times New Roman"/>
          <w:b/>
          <w:sz w:val="44"/>
          <w:szCs w:val="44"/>
          <w:lang w:val="ru-RU"/>
        </w:rPr>
        <w:br/>
        <w:t>ФІЛОЛОГІЇ ТА ПЕРЕКЛАДОЗНАВСТВА</w:t>
      </w:r>
      <w:r w:rsidRPr="00A9367D">
        <w:rPr>
          <w:rFonts w:cs="Times New Roman"/>
          <w:b/>
          <w:sz w:val="44"/>
          <w:szCs w:val="44"/>
          <w:lang w:val="ru-RU"/>
        </w:rPr>
        <w:br/>
        <w:t>(вересень 2025-грудень 2025)</w:t>
      </w:r>
    </w:p>
    <w:p w:rsidR="0058616D" w:rsidRPr="0058616D" w:rsidRDefault="0058616D">
      <w:pPr>
        <w:rPr>
          <w:rFonts w:cs="Times New Roman"/>
          <w:b/>
          <w:sz w:val="28"/>
          <w:szCs w:val="28"/>
          <w:lang w:val="ru-RU"/>
        </w:rPr>
      </w:pPr>
    </w:p>
    <w:p w:rsidR="0058616D" w:rsidRPr="0058616D" w:rsidRDefault="0058616D">
      <w:pPr>
        <w:rPr>
          <w:rFonts w:cs="Times New Roman"/>
          <w:b/>
          <w:sz w:val="28"/>
          <w:szCs w:val="28"/>
          <w:lang w:val="ru-RU"/>
        </w:rPr>
      </w:pPr>
    </w:p>
    <w:p w:rsidR="0058616D" w:rsidRPr="0058616D" w:rsidRDefault="0058616D">
      <w:pPr>
        <w:rPr>
          <w:rFonts w:cs="Times New Roman"/>
          <w:b/>
          <w:sz w:val="28"/>
          <w:szCs w:val="28"/>
          <w:lang w:val="ru-RU"/>
        </w:rPr>
      </w:pPr>
    </w:p>
    <w:p w:rsidR="0058616D" w:rsidRPr="0058616D" w:rsidRDefault="0058616D">
      <w:pPr>
        <w:rPr>
          <w:rFonts w:cs="Times New Roman"/>
          <w:b/>
          <w:sz w:val="28"/>
          <w:szCs w:val="28"/>
          <w:lang w:val="ru-RU"/>
        </w:rPr>
      </w:pPr>
    </w:p>
    <w:p w:rsidR="0058616D" w:rsidRPr="0058616D" w:rsidRDefault="0058616D">
      <w:pPr>
        <w:rPr>
          <w:rFonts w:cs="Times New Roman"/>
          <w:b/>
          <w:sz w:val="28"/>
          <w:szCs w:val="28"/>
          <w:lang w:val="ru-RU"/>
        </w:rPr>
      </w:pPr>
    </w:p>
    <w:p w:rsidR="0058616D" w:rsidRPr="0058616D" w:rsidRDefault="0058616D">
      <w:pPr>
        <w:rPr>
          <w:rFonts w:cs="Times New Roman"/>
          <w:b/>
          <w:sz w:val="28"/>
          <w:szCs w:val="28"/>
          <w:lang w:val="ru-RU"/>
        </w:rPr>
      </w:pPr>
    </w:p>
    <w:p w:rsidR="0058616D" w:rsidRPr="0058616D" w:rsidRDefault="0058616D">
      <w:pPr>
        <w:rPr>
          <w:rFonts w:cs="Times New Roman"/>
          <w:b/>
          <w:sz w:val="28"/>
          <w:szCs w:val="28"/>
          <w:lang w:val="ru-RU"/>
        </w:rPr>
      </w:pPr>
    </w:p>
    <w:p w:rsidR="0058616D" w:rsidRPr="0058616D" w:rsidRDefault="0058616D">
      <w:pPr>
        <w:rPr>
          <w:rFonts w:cs="Times New Roman"/>
          <w:b/>
          <w:sz w:val="28"/>
          <w:szCs w:val="28"/>
          <w:lang w:val="ru-RU"/>
        </w:rPr>
      </w:pPr>
    </w:p>
    <w:p w:rsidR="0058616D" w:rsidRPr="0058616D" w:rsidRDefault="0058616D">
      <w:pPr>
        <w:rPr>
          <w:rFonts w:cs="Times New Roman"/>
          <w:b/>
          <w:sz w:val="28"/>
          <w:szCs w:val="28"/>
          <w:lang w:val="ru-RU"/>
        </w:rPr>
      </w:pPr>
    </w:p>
    <w:p w:rsidR="00A76212" w:rsidRPr="004414F1" w:rsidRDefault="00AF3674" w:rsidP="0058616D">
      <w:pPr>
        <w:jc w:val="right"/>
        <w:rPr>
          <w:rFonts w:cs="Times New Roman"/>
          <w:sz w:val="28"/>
          <w:szCs w:val="28"/>
          <w:lang w:val="ru-RU"/>
        </w:rPr>
      </w:pPr>
      <w:r w:rsidRPr="004414F1">
        <w:rPr>
          <w:rFonts w:cs="Times New Roman"/>
          <w:b/>
          <w:sz w:val="28"/>
          <w:szCs w:val="28"/>
          <w:lang w:val="ru-RU"/>
        </w:rPr>
        <w:t xml:space="preserve">Керівник: </w:t>
      </w:r>
      <w:r w:rsidRPr="004414F1">
        <w:rPr>
          <w:rFonts w:cs="Times New Roman"/>
          <w:sz w:val="28"/>
          <w:szCs w:val="28"/>
          <w:lang w:val="ru-RU"/>
        </w:rPr>
        <w:t>д. філол. наук, проф. Юлія БОЙКО</w:t>
      </w:r>
      <w:r w:rsidRPr="004414F1">
        <w:rPr>
          <w:rFonts w:cs="Times New Roman"/>
          <w:sz w:val="28"/>
          <w:szCs w:val="28"/>
          <w:lang w:val="ru-RU"/>
        </w:rPr>
        <w:br/>
      </w:r>
      <w:r w:rsidRPr="004414F1">
        <w:rPr>
          <w:rFonts w:cs="Times New Roman"/>
          <w:b/>
          <w:sz w:val="28"/>
          <w:szCs w:val="28"/>
          <w:lang w:val="ru-RU"/>
        </w:rPr>
        <w:t xml:space="preserve">Секретар: </w:t>
      </w:r>
      <w:r w:rsidRPr="004414F1">
        <w:rPr>
          <w:rFonts w:cs="Times New Roman"/>
          <w:sz w:val="28"/>
          <w:szCs w:val="28"/>
          <w:lang w:val="ru-RU"/>
        </w:rPr>
        <w:t>к. пед. наук, доц. Ольга ТАРАСОВА</w:t>
      </w:r>
    </w:p>
    <w:p w:rsidR="00A76212" w:rsidRPr="004414F1" w:rsidRDefault="00AF3674">
      <w:pPr>
        <w:rPr>
          <w:rFonts w:cs="Times New Roman"/>
          <w:szCs w:val="24"/>
          <w:lang w:val="ru-RU"/>
        </w:rPr>
      </w:pPr>
      <w:r w:rsidRPr="004414F1">
        <w:rPr>
          <w:rFonts w:cs="Times New Roman"/>
          <w:szCs w:val="24"/>
          <w:lang w:val="ru-RU"/>
        </w:rPr>
        <w:br w:type="page"/>
      </w:r>
    </w:p>
    <w:p w:rsidR="008C79CB" w:rsidRPr="004414F1" w:rsidRDefault="008C79CB" w:rsidP="003B30CC">
      <w:pPr>
        <w:pStyle w:val="Default"/>
        <w:spacing w:line="360" w:lineRule="auto"/>
        <w:jc w:val="both"/>
      </w:pPr>
      <w:r w:rsidRPr="004414F1">
        <w:lastRenderedPageBreak/>
        <w:t xml:space="preserve">Студентський науковий гурток «Порівняльна типологія» при кафедрі германської філології та перекладознавства створений з метою зацікавлення студентів у науковому дослідженні та вивченні типології як особливого розділу науки, свідомого вивчення іноземної мови поза межами її автохтонного середовища й порівняння її спільних (ізоморфних) та відмінних (аломорфних) рис і явищ з відповідними (чи відсутніми) в рідній мові рисами і явищами. Науковий гурток покликаний сприяти науково обґрунтованому використанню ізоморфних та аломорфних явищ англійської, німецької та української мов з метою поліпшення знань та практичних умінь студентів. </w:t>
      </w:r>
    </w:p>
    <w:p w:rsidR="004414F1" w:rsidRDefault="004414F1" w:rsidP="003B30CC">
      <w:pPr>
        <w:pStyle w:val="Default"/>
        <w:spacing w:line="360" w:lineRule="auto"/>
        <w:jc w:val="both"/>
        <w:rPr>
          <w:b/>
          <w:bCs/>
          <w:lang w:val="uk-UA"/>
        </w:rPr>
      </w:pPr>
    </w:p>
    <w:p w:rsidR="004414F1" w:rsidRDefault="004414F1" w:rsidP="003B30CC">
      <w:pPr>
        <w:pStyle w:val="Default"/>
        <w:spacing w:line="360" w:lineRule="auto"/>
        <w:jc w:val="both"/>
        <w:rPr>
          <w:b/>
          <w:bCs/>
          <w:lang w:val="uk-UA"/>
        </w:rPr>
      </w:pPr>
    </w:p>
    <w:p w:rsidR="008C79CB" w:rsidRPr="004414F1" w:rsidRDefault="008C79CB" w:rsidP="003B30CC">
      <w:pPr>
        <w:pStyle w:val="Default"/>
        <w:tabs>
          <w:tab w:val="left" w:pos="142"/>
        </w:tabs>
        <w:spacing w:line="360" w:lineRule="auto"/>
        <w:jc w:val="center"/>
      </w:pPr>
      <w:r w:rsidRPr="004414F1">
        <w:rPr>
          <w:b/>
          <w:bCs/>
        </w:rPr>
        <w:t>Очікувані результати:</w:t>
      </w:r>
    </w:p>
    <w:p w:rsidR="008C79CB" w:rsidRPr="004414F1" w:rsidRDefault="008C79CB" w:rsidP="003B30CC">
      <w:pPr>
        <w:pStyle w:val="Default"/>
        <w:numPr>
          <w:ilvl w:val="0"/>
          <w:numId w:val="12"/>
        </w:numPr>
        <w:tabs>
          <w:tab w:val="left" w:pos="142"/>
        </w:tabs>
        <w:spacing w:after="220" w:line="360" w:lineRule="auto"/>
        <w:ind w:left="0" w:firstLine="0"/>
        <w:jc w:val="both"/>
      </w:pPr>
      <w:r w:rsidRPr="004414F1">
        <w:t xml:space="preserve">зростання пізнавальної й творчої активності студентів; </w:t>
      </w:r>
    </w:p>
    <w:p w:rsidR="008C79CB" w:rsidRPr="004414F1" w:rsidRDefault="008C79CB" w:rsidP="003B30CC">
      <w:pPr>
        <w:pStyle w:val="Default"/>
        <w:numPr>
          <w:ilvl w:val="0"/>
          <w:numId w:val="12"/>
        </w:numPr>
        <w:tabs>
          <w:tab w:val="left" w:pos="142"/>
        </w:tabs>
        <w:spacing w:after="220" w:line="360" w:lineRule="auto"/>
        <w:ind w:left="0" w:firstLine="0"/>
        <w:jc w:val="both"/>
      </w:pPr>
      <w:r w:rsidRPr="004414F1">
        <w:t xml:space="preserve">збільшення кількості студентів, які займаються науковими дослідженнями у галузі філології; </w:t>
      </w:r>
    </w:p>
    <w:p w:rsidR="008C79CB" w:rsidRPr="004414F1" w:rsidRDefault="008C79CB" w:rsidP="003B30CC">
      <w:pPr>
        <w:pStyle w:val="Default"/>
        <w:numPr>
          <w:ilvl w:val="0"/>
          <w:numId w:val="12"/>
        </w:numPr>
        <w:tabs>
          <w:tab w:val="left" w:pos="142"/>
        </w:tabs>
        <w:spacing w:line="360" w:lineRule="auto"/>
        <w:ind w:left="0" w:firstLine="0"/>
        <w:jc w:val="both"/>
      </w:pPr>
      <w:r w:rsidRPr="004414F1">
        <w:t xml:space="preserve">підвищення рівня якості знань студентів у царині порівняльної типології англійської, німецької та української мов </w:t>
      </w:r>
    </w:p>
    <w:p w:rsidR="008C79CB" w:rsidRPr="004414F1" w:rsidRDefault="008C79CB" w:rsidP="004414F1">
      <w:pPr>
        <w:pStyle w:val="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414F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:rsidR="008C79CB" w:rsidRDefault="008C79CB" w:rsidP="008C79CB">
      <w:pPr>
        <w:pStyle w:val="1"/>
        <w:rPr>
          <w:rFonts w:ascii="Times New Roman" w:hAnsi="Times New Roman" w:cs="Times New Roman"/>
          <w:sz w:val="24"/>
          <w:szCs w:val="24"/>
          <w:lang w:val="ru-RU"/>
        </w:rPr>
      </w:pPr>
    </w:p>
    <w:p w:rsidR="004414F1" w:rsidRDefault="004414F1" w:rsidP="004414F1">
      <w:pPr>
        <w:rPr>
          <w:lang w:val="ru-RU"/>
        </w:rPr>
      </w:pPr>
    </w:p>
    <w:p w:rsidR="004414F1" w:rsidRDefault="004414F1" w:rsidP="004414F1">
      <w:pPr>
        <w:rPr>
          <w:lang w:val="ru-RU"/>
        </w:rPr>
      </w:pPr>
    </w:p>
    <w:p w:rsidR="004414F1" w:rsidRDefault="004414F1" w:rsidP="004414F1">
      <w:pPr>
        <w:rPr>
          <w:lang w:val="ru-RU"/>
        </w:rPr>
      </w:pPr>
    </w:p>
    <w:p w:rsidR="004414F1" w:rsidRDefault="004414F1" w:rsidP="004414F1">
      <w:pPr>
        <w:rPr>
          <w:lang w:val="ru-RU"/>
        </w:rPr>
      </w:pPr>
    </w:p>
    <w:p w:rsidR="004414F1" w:rsidRDefault="004414F1" w:rsidP="004414F1">
      <w:pPr>
        <w:rPr>
          <w:lang w:val="ru-RU"/>
        </w:rPr>
      </w:pPr>
    </w:p>
    <w:p w:rsidR="004414F1" w:rsidRDefault="004414F1" w:rsidP="004414F1">
      <w:pPr>
        <w:rPr>
          <w:lang w:val="ru-RU"/>
        </w:rPr>
      </w:pPr>
    </w:p>
    <w:p w:rsidR="004414F1" w:rsidRDefault="004414F1" w:rsidP="004414F1">
      <w:pPr>
        <w:rPr>
          <w:lang w:val="ru-RU"/>
        </w:rPr>
      </w:pPr>
    </w:p>
    <w:p w:rsidR="00A76212" w:rsidRPr="004414F1" w:rsidRDefault="00893972" w:rsidP="0058616D">
      <w:pPr>
        <w:pStyle w:val="1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4414F1">
        <w:rPr>
          <w:rFonts w:ascii="Times New Roman" w:hAnsi="Times New Roman" w:cs="Times New Roman"/>
          <w:color w:val="auto"/>
          <w:sz w:val="24"/>
          <w:szCs w:val="24"/>
        </w:rPr>
        <w:lastRenderedPageBreak/>
        <w:t>I семестр, 2025-2026</w:t>
      </w:r>
      <w:r w:rsidR="00AF3674" w:rsidRPr="004414F1">
        <w:rPr>
          <w:rFonts w:ascii="Times New Roman" w:hAnsi="Times New Roman" w:cs="Times New Roman"/>
          <w:color w:val="auto"/>
          <w:sz w:val="24"/>
          <w:szCs w:val="24"/>
        </w:rPr>
        <w:t xml:space="preserve"> н.р.</w:t>
      </w:r>
    </w:p>
    <w:tbl>
      <w:tblPr>
        <w:tblStyle w:val="aff0"/>
        <w:tblW w:w="9322" w:type="dxa"/>
        <w:tblLook w:val="04A0"/>
      </w:tblPr>
      <w:tblGrid>
        <w:gridCol w:w="675"/>
        <w:gridCol w:w="3704"/>
        <w:gridCol w:w="2160"/>
        <w:gridCol w:w="2783"/>
      </w:tblGrid>
      <w:tr w:rsidR="00A76212" w:rsidRPr="004414F1" w:rsidTr="0058616D">
        <w:tc>
          <w:tcPr>
            <w:tcW w:w="675" w:type="dxa"/>
          </w:tcPr>
          <w:p w:rsidR="00A76212" w:rsidRPr="0058616D" w:rsidRDefault="00AF3674">
            <w:pPr>
              <w:rPr>
                <w:rFonts w:cs="Times New Roman"/>
                <w:b/>
                <w:sz w:val="24"/>
                <w:szCs w:val="24"/>
              </w:rPr>
            </w:pPr>
            <w:r w:rsidRPr="0058616D">
              <w:rPr>
                <w:rFonts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3704" w:type="dxa"/>
          </w:tcPr>
          <w:p w:rsidR="00A76212" w:rsidRPr="0058616D" w:rsidRDefault="00AF3674">
            <w:pPr>
              <w:rPr>
                <w:rFonts w:cs="Times New Roman"/>
                <w:b/>
                <w:sz w:val="24"/>
                <w:szCs w:val="24"/>
              </w:rPr>
            </w:pPr>
            <w:r w:rsidRPr="0058616D">
              <w:rPr>
                <w:rFonts w:cs="Times New Roman"/>
                <w:b/>
                <w:sz w:val="24"/>
                <w:szCs w:val="24"/>
              </w:rPr>
              <w:t>Зміст роботи</w:t>
            </w:r>
          </w:p>
        </w:tc>
        <w:tc>
          <w:tcPr>
            <w:tcW w:w="2160" w:type="dxa"/>
          </w:tcPr>
          <w:p w:rsidR="00A76212" w:rsidRPr="0058616D" w:rsidRDefault="00AF3674">
            <w:pPr>
              <w:rPr>
                <w:rFonts w:cs="Times New Roman"/>
                <w:b/>
                <w:sz w:val="24"/>
                <w:szCs w:val="24"/>
              </w:rPr>
            </w:pPr>
            <w:r w:rsidRPr="0058616D">
              <w:rPr>
                <w:rFonts w:cs="Times New Roman"/>
                <w:b/>
                <w:sz w:val="24"/>
                <w:szCs w:val="24"/>
              </w:rPr>
              <w:t>Термін виконання</w:t>
            </w:r>
          </w:p>
        </w:tc>
        <w:tc>
          <w:tcPr>
            <w:tcW w:w="2783" w:type="dxa"/>
          </w:tcPr>
          <w:p w:rsidR="00A76212" w:rsidRPr="0058616D" w:rsidRDefault="00AF3674">
            <w:pPr>
              <w:rPr>
                <w:rFonts w:cs="Times New Roman"/>
                <w:b/>
                <w:sz w:val="24"/>
                <w:szCs w:val="24"/>
              </w:rPr>
            </w:pPr>
            <w:r w:rsidRPr="0058616D">
              <w:rPr>
                <w:rFonts w:cs="Times New Roman"/>
                <w:b/>
                <w:sz w:val="24"/>
                <w:szCs w:val="24"/>
              </w:rPr>
              <w:t>Відповідальний за виконання</w:t>
            </w:r>
          </w:p>
        </w:tc>
      </w:tr>
      <w:tr w:rsidR="00A76212" w:rsidRPr="00384C2C" w:rsidTr="0058616D">
        <w:tc>
          <w:tcPr>
            <w:tcW w:w="675" w:type="dxa"/>
          </w:tcPr>
          <w:p w:rsidR="00A76212" w:rsidRPr="004414F1" w:rsidRDefault="00AF3674">
            <w:pPr>
              <w:rPr>
                <w:rFonts w:cs="Times New Roman"/>
                <w:sz w:val="24"/>
                <w:szCs w:val="24"/>
              </w:rPr>
            </w:pPr>
            <w:r w:rsidRPr="004414F1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3704" w:type="dxa"/>
          </w:tcPr>
          <w:p w:rsidR="00A76212" w:rsidRPr="004414F1" w:rsidRDefault="00AF3674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4414F1">
              <w:rPr>
                <w:rFonts w:cs="Times New Roman"/>
                <w:sz w:val="24"/>
                <w:szCs w:val="24"/>
                <w:lang w:val="ru-RU"/>
              </w:rPr>
              <w:t>Організаційна зустріч з питань діяльності гуртка у першому семестрі н.р.</w:t>
            </w:r>
          </w:p>
        </w:tc>
        <w:tc>
          <w:tcPr>
            <w:tcW w:w="2160" w:type="dxa"/>
          </w:tcPr>
          <w:p w:rsidR="00A76212" w:rsidRPr="004414F1" w:rsidRDefault="00893972">
            <w:pPr>
              <w:rPr>
                <w:rFonts w:cs="Times New Roman"/>
                <w:sz w:val="24"/>
                <w:szCs w:val="24"/>
              </w:rPr>
            </w:pPr>
            <w:r w:rsidRPr="004414F1">
              <w:rPr>
                <w:rFonts w:cs="Times New Roman"/>
                <w:sz w:val="24"/>
                <w:szCs w:val="24"/>
              </w:rPr>
              <w:t>2</w:t>
            </w:r>
            <w:r w:rsidR="00AF3674" w:rsidRPr="004414F1">
              <w:rPr>
                <w:rFonts w:cs="Times New Roman"/>
                <w:sz w:val="24"/>
                <w:szCs w:val="24"/>
              </w:rPr>
              <w:t>3 вересня, 2025</w:t>
            </w:r>
          </w:p>
        </w:tc>
        <w:tc>
          <w:tcPr>
            <w:tcW w:w="2783" w:type="dxa"/>
          </w:tcPr>
          <w:p w:rsidR="00A76212" w:rsidRPr="004414F1" w:rsidRDefault="00AF3674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4414F1">
              <w:rPr>
                <w:rFonts w:cs="Times New Roman"/>
                <w:sz w:val="24"/>
                <w:szCs w:val="24"/>
                <w:lang w:val="ru-RU"/>
              </w:rPr>
              <w:t>проф. Юлія БОЙКО</w:t>
            </w:r>
            <w:r w:rsidRPr="004414F1">
              <w:rPr>
                <w:rFonts w:cs="Times New Roman"/>
                <w:sz w:val="24"/>
                <w:szCs w:val="24"/>
                <w:lang w:val="ru-RU"/>
              </w:rPr>
              <w:br/>
              <w:t>доц. Ольга ТАРАСОВА</w:t>
            </w:r>
          </w:p>
        </w:tc>
      </w:tr>
      <w:tr w:rsidR="00A76212" w:rsidRPr="00384C2C" w:rsidTr="0058616D">
        <w:tc>
          <w:tcPr>
            <w:tcW w:w="675" w:type="dxa"/>
          </w:tcPr>
          <w:p w:rsidR="00A76212" w:rsidRPr="004414F1" w:rsidRDefault="00AF3674">
            <w:pPr>
              <w:rPr>
                <w:rFonts w:cs="Times New Roman"/>
                <w:sz w:val="24"/>
                <w:szCs w:val="24"/>
              </w:rPr>
            </w:pPr>
            <w:r w:rsidRPr="004414F1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3704" w:type="dxa"/>
          </w:tcPr>
          <w:p w:rsidR="00A76212" w:rsidRPr="004414F1" w:rsidRDefault="00AF3674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4414F1">
              <w:rPr>
                <w:rFonts w:cs="Times New Roman"/>
                <w:sz w:val="24"/>
                <w:szCs w:val="24"/>
                <w:lang w:val="ru-RU"/>
              </w:rPr>
              <w:t>Доповіді студентів на теми:</w:t>
            </w:r>
            <w:r w:rsidRPr="004414F1">
              <w:rPr>
                <w:rFonts w:cs="Times New Roman"/>
                <w:sz w:val="24"/>
                <w:szCs w:val="24"/>
                <w:lang w:val="ru-RU"/>
              </w:rPr>
              <w:br/>
              <w:t>Типологічні особливості категорії роду в англійській та українській мовах.</w:t>
            </w:r>
            <w:r w:rsidRPr="004414F1">
              <w:rPr>
                <w:rFonts w:cs="Times New Roman"/>
                <w:sz w:val="24"/>
                <w:szCs w:val="24"/>
                <w:lang w:val="ru-RU"/>
              </w:rPr>
              <w:br/>
              <w:t>Зіставний аналіз способів вираження модальності в англійській та українській мовах.</w:t>
            </w:r>
          </w:p>
        </w:tc>
        <w:tc>
          <w:tcPr>
            <w:tcW w:w="2160" w:type="dxa"/>
          </w:tcPr>
          <w:p w:rsidR="00A76212" w:rsidRPr="004414F1" w:rsidRDefault="00893972">
            <w:pPr>
              <w:rPr>
                <w:rFonts w:cs="Times New Roman"/>
                <w:sz w:val="24"/>
                <w:szCs w:val="24"/>
              </w:rPr>
            </w:pPr>
            <w:r w:rsidRPr="004414F1">
              <w:rPr>
                <w:rFonts w:cs="Times New Roman"/>
                <w:sz w:val="24"/>
                <w:szCs w:val="24"/>
              </w:rPr>
              <w:t>17</w:t>
            </w:r>
            <w:r w:rsidR="00AF3674" w:rsidRPr="004414F1">
              <w:rPr>
                <w:rFonts w:cs="Times New Roman"/>
                <w:sz w:val="24"/>
                <w:szCs w:val="24"/>
              </w:rPr>
              <w:t xml:space="preserve"> жовтня, 2025</w:t>
            </w:r>
          </w:p>
        </w:tc>
        <w:tc>
          <w:tcPr>
            <w:tcW w:w="2783" w:type="dxa"/>
          </w:tcPr>
          <w:p w:rsidR="00A76212" w:rsidRPr="004414F1" w:rsidRDefault="00AF3674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4414F1">
              <w:rPr>
                <w:rFonts w:cs="Times New Roman"/>
                <w:sz w:val="24"/>
                <w:szCs w:val="24"/>
                <w:lang w:val="ru-RU"/>
              </w:rPr>
              <w:t>проф. Юлія БОЙКО</w:t>
            </w:r>
            <w:r w:rsidRPr="004414F1">
              <w:rPr>
                <w:rFonts w:cs="Times New Roman"/>
                <w:sz w:val="24"/>
                <w:szCs w:val="24"/>
                <w:lang w:val="ru-RU"/>
              </w:rPr>
              <w:br/>
              <w:t>доц. Ольга ТАРАСОВА</w:t>
            </w:r>
          </w:p>
        </w:tc>
      </w:tr>
      <w:tr w:rsidR="00A76212" w:rsidRPr="00384C2C" w:rsidTr="0058616D">
        <w:tc>
          <w:tcPr>
            <w:tcW w:w="675" w:type="dxa"/>
          </w:tcPr>
          <w:p w:rsidR="00A76212" w:rsidRPr="004414F1" w:rsidRDefault="00AF3674">
            <w:pPr>
              <w:rPr>
                <w:rFonts w:cs="Times New Roman"/>
                <w:sz w:val="24"/>
                <w:szCs w:val="24"/>
              </w:rPr>
            </w:pPr>
            <w:r w:rsidRPr="004414F1"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3704" w:type="dxa"/>
          </w:tcPr>
          <w:p w:rsidR="00A76212" w:rsidRPr="004414F1" w:rsidRDefault="00AF3674" w:rsidP="00DC6AC9">
            <w:pPr>
              <w:pStyle w:val="ae"/>
              <w:tabs>
                <w:tab w:val="left" w:pos="284"/>
              </w:tabs>
              <w:spacing w:after="160" w:line="256" w:lineRule="auto"/>
              <w:ind w:left="0"/>
              <w:jc w:val="both"/>
              <w:rPr>
                <w:rFonts w:cs="Times New Roman"/>
                <w:bCs/>
                <w:sz w:val="24"/>
                <w:szCs w:val="24"/>
                <w:lang w:val="uk-UA"/>
              </w:rPr>
            </w:pPr>
            <w:r w:rsidRPr="004414F1">
              <w:rPr>
                <w:rFonts w:cs="Times New Roman"/>
                <w:sz w:val="24"/>
                <w:szCs w:val="24"/>
                <w:lang w:val="ru-RU"/>
              </w:rPr>
              <w:t>Доповіді студентів на теми</w:t>
            </w:r>
            <w:r w:rsidR="00DC6AC9" w:rsidRPr="004414F1">
              <w:rPr>
                <w:rFonts w:cs="Times New Roman"/>
                <w:sz w:val="24"/>
                <w:szCs w:val="24"/>
                <w:lang w:val="ru-RU"/>
              </w:rPr>
              <w:t xml:space="preserve">: </w:t>
            </w:r>
            <w:r w:rsidR="00DC6AC9" w:rsidRPr="004414F1">
              <w:rPr>
                <w:rFonts w:cs="Times New Roman"/>
                <w:sz w:val="24"/>
                <w:szCs w:val="24"/>
                <w:lang w:val="uk-UA"/>
              </w:rPr>
              <w:t>Сучасна англійська композита: типи та структура. П</w:t>
            </w:r>
            <w:r w:rsidR="00DC6AC9" w:rsidRPr="004414F1">
              <w:rPr>
                <w:rFonts w:cs="Times New Roman"/>
                <w:sz w:val="24"/>
                <w:szCs w:val="24"/>
                <w:lang w:val="ru-RU"/>
              </w:rPr>
              <w:t>ереклад</w:t>
            </w:r>
            <w:r w:rsidR="00DC6AC9" w:rsidRPr="004414F1">
              <w:rPr>
                <w:rFonts w:cs="Times New Roman"/>
                <w:sz w:val="24"/>
                <w:szCs w:val="24"/>
                <w:lang w:val="uk-UA"/>
              </w:rPr>
              <w:t xml:space="preserve"> композитних номінантів</w:t>
            </w:r>
            <w:r w:rsidR="00DC6AC9" w:rsidRPr="004414F1">
              <w:rPr>
                <w:rFonts w:cs="Times New Roman"/>
                <w:sz w:val="24"/>
                <w:szCs w:val="24"/>
                <w:lang w:val="ru-RU"/>
              </w:rPr>
              <w:t xml:space="preserve"> у сучасному мовознавчому та перекладознавчому аспектах</w:t>
            </w:r>
          </w:p>
        </w:tc>
        <w:tc>
          <w:tcPr>
            <w:tcW w:w="2160" w:type="dxa"/>
          </w:tcPr>
          <w:p w:rsidR="00A76212" w:rsidRPr="004414F1" w:rsidRDefault="006C2D41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4414F1">
              <w:rPr>
                <w:rFonts w:cs="Times New Roman"/>
                <w:sz w:val="24"/>
                <w:szCs w:val="24"/>
                <w:lang w:val="uk-UA"/>
              </w:rPr>
              <w:t>7</w:t>
            </w:r>
            <w:r w:rsidR="00AF3674" w:rsidRPr="004414F1">
              <w:rPr>
                <w:rFonts w:cs="Times New Roman"/>
                <w:sz w:val="24"/>
                <w:szCs w:val="24"/>
                <w:lang w:val="ru-RU"/>
              </w:rPr>
              <w:t xml:space="preserve"> листопада, 2025</w:t>
            </w:r>
          </w:p>
        </w:tc>
        <w:tc>
          <w:tcPr>
            <w:tcW w:w="2783" w:type="dxa"/>
          </w:tcPr>
          <w:p w:rsidR="00A76212" w:rsidRPr="004414F1" w:rsidRDefault="00AF3674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4414F1">
              <w:rPr>
                <w:rFonts w:cs="Times New Roman"/>
                <w:sz w:val="24"/>
                <w:szCs w:val="24"/>
                <w:lang w:val="ru-RU"/>
              </w:rPr>
              <w:t>проф. Юлія БОЙКО</w:t>
            </w:r>
            <w:r w:rsidRPr="004414F1">
              <w:rPr>
                <w:rFonts w:cs="Times New Roman"/>
                <w:sz w:val="24"/>
                <w:szCs w:val="24"/>
                <w:lang w:val="ru-RU"/>
              </w:rPr>
              <w:br/>
              <w:t>доц. Ольга ТАРАСОВА</w:t>
            </w:r>
          </w:p>
        </w:tc>
      </w:tr>
    </w:tbl>
    <w:p w:rsidR="0058616D" w:rsidRPr="00A9367D" w:rsidRDefault="00AF3674">
      <w:pPr>
        <w:rPr>
          <w:rFonts w:cs="Times New Roman"/>
          <w:szCs w:val="24"/>
          <w:lang w:val="ru-RU"/>
        </w:rPr>
      </w:pPr>
      <w:r w:rsidRPr="004414F1">
        <w:rPr>
          <w:rFonts w:cs="Times New Roman"/>
          <w:szCs w:val="24"/>
          <w:lang w:val="ru-RU"/>
        </w:rPr>
        <w:br/>
      </w:r>
    </w:p>
    <w:p w:rsidR="0058616D" w:rsidRPr="00A9367D" w:rsidRDefault="0058616D">
      <w:pPr>
        <w:rPr>
          <w:rFonts w:cs="Times New Roman"/>
          <w:szCs w:val="24"/>
          <w:lang w:val="ru-RU"/>
        </w:rPr>
      </w:pPr>
    </w:p>
    <w:p w:rsidR="0058616D" w:rsidRPr="00A9367D" w:rsidRDefault="0058616D">
      <w:pPr>
        <w:rPr>
          <w:rFonts w:cs="Times New Roman"/>
          <w:szCs w:val="24"/>
          <w:lang w:val="ru-RU"/>
        </w:rPr>
      </w:pPr>
    </w:p>
    <w:p w:rsidR="0058616D" w:rsidRPr="00A9367D" w:rsidRDefault="0058616D">
      <w:pPr>
        <w:rPr>
          <w:rFonts w:cs="Times New Roman"/>
          <w:szCs w:val="24"/>
          <w:lang w:val="ru-RU"/>
        </w:rPr>
      </w:pPr>
    </w:p>
    <w:p w:rsidR="0058616D" w:rsidRPr="00A9367D" w:rsidRDefault="0058616D">
      <w:pPr>
        <w:rPr>
          <w:rFonts w:cs="Times New Roman"/>
          <w:szCs w:val="24"/>
          <w:lang w:val="ru-RU"/>
        </w:rPr>
      </w:pPr>
    </w:p>
    <w:p w:rsidR="0058616D" w:rsidRPr="00A9367D" w:rsidRDefault="0058616D">
      <w:pPr>
        <w:rPr>
          <w:rFonts w:cs="Times New Roman"/>
          <w:szCs w:val="24"/>
          <w:lang w:val="ru-RU"/>
        </w:rPr>
      </w:pPr>
    </w:p>
    <w:p w:rsidR="0058616D" w:rsidRPr="00A9367D" w:rsidRDefault="0058616D">
      <w:pPr>
        <w:rPr>
          <w:rFonts w:cs="Times New Roman"/>
          <w:szCs w:val="24"/>
          <w:lang w:val="ru-RU"/>
        </w:rPr>
      </w:pPr>
    </w:p>
    <w:p w:rsidR="0058616D" w:rsidRPr="00A9367D" w:rsidRDefault="0058616D">
      <w:pPr>
        <w:rPr>
          <w:rFonts w:cs="Times New Roman"/>
          <w:szCs w:val="24"/>
          <w:lang w:val="ru-RU"/>
        </w:rPr>
      </w:pPr>
    </w:p>
    <w:p w:rsidR="0058616D" w:rsidRPr="00A9367D" w:rsidRDefault="0058616D">
      <w:pPr>
        <w:rPr>
          <w:rFonts w:cs="Times New Roman"/>
          <w:szCs w:val="24"/>
          <w:lang w:val="ru-RU"/>
        </w:rPr>
      </w:pPr>
    </w:p>
    <w:p w:rsidR="0058616D" w:rsidRPr="00A9367D" w:rsidRDefault="0058616D">
      <w:pPr>
        <w:rPr>
          <w:rFonts w:cs="Times New Roman"/>
          <w:szCs w:val="24"/>
          <w:lang w:val="ru-RU"/>
        </w:rPr>
      </w:pPr>
    </w:p>
    <w:p w:rsidR="0058616D" w:rsidRPr="00A9367D" w:rsidRDefault="0058616D">
      <w:pPr>
        <w:rPr>
          <w:rFonts w:cs="Times New Roman"/>
          <w:szCs w:val="24"/>
          <w:lang w:val="ru-RU"/>
        </w:rPr>
      </w:pPr>
    </w:p>
    <w:p w:rsidR="0058616D" w:rsidRPr="00A9367D" w:rsidRDefault="0058616D">
      <w:pPr>
        <w:rPr>
          <w:rFonts w:cs="Times New Roman"/>
          <w:szCs w:val="24"/>
          <w:lang w:val="ru-RU"/>
        </w:rPr>
      </w:pPr>
    </w:p>
    <w:p w:rsidR="0058616D" w:rsidRPr="00A9367D" w:rsidRDefault="0058616D">
      <w:pPr>
        <w:rPr>
          <w:rFonts w:cs="Times New Roman"/>
          <w:szCs w:val="24"/>
          <w:lang w:val="ru-RU"/>
        </w:rPr>
      </w:pPr>
    </w:p>
    <w:p w:rsidR="0058616D" w:rsidRPr="00A9367D" w:rsidRDefault="0058616D">
      <w:pPr>
        <w:rPr>
          <w:rFonts w:cs="Times New Roman"/>
          <w:szCs w:val="24"/>
          <w:lang w:val="ru-RU"/>
        </w:rPr>
      </w:pPr>
    </w:p>
    <w:p w:rsidR="00A76212" w:rsidRPr="0058616D" w:rsidRDefault="00AF3674" w:rsidP="0058616D">
      <w:pPr>
        <w:jc w:val="center"/>
        <w:rPr>
          <w:rFonts w:cs="Times New Roman"/>
          <w:b/>
          <w:szCs w:val="24"/>
          <w:lang w:val="ru-RU"/>
        </w:rPr>
      </w:pPr>
      <w:r w:rsidRPr="0058616D">
        <w:rPr>
          <w:rFonts w:cs="Times New Roman"/>
          <w:b/>
          <w:szCs w:val="24"/>
          <w:lang w:val="ru-RU"/>
        </w:rPr>
        <w:lastRenderedPageBreak/>
        <w:t>Список студентів:</w:t>
      </w:r>
    </w:p>
    <w:p w:rsidR="00A76212" w:rsidRPr="004414F1" w:rsidRDefault="00AF3674">
      <w:pPr>
        <w:rPr>
          <w:rFonts w:cs="Times New Roman"/>
          <w:szCs w:val="24"/>
          <w:lang w:val="ru-RU"/>
        </w:rPr>
      </w:pPr>
      <w:r w:rsidRPr="004414F1">
        <w:rPr>
          <w:rFonts w:cs="Times New Roman"/>
          <w:szCs w:val="24"/>
          <w:lang w:val="ru-RU"/>
        </w:rPr>
        <w:t>1. Магась Л.</w:t>
      </w:r>
    </w:p>
    <w:p w:rsidR="00A76212" w:rsidRPr="004414F1" w:rsidRDefault="00DC6AC9">
      <w:pPr>
        <w:rPr>
          <w:rFonts w:cs="Times New Roman"/>
          <w:szCs w:val="24"/>
          <w:lang w:val="ru-RU"/>
        </w:rPr>
      </w:pPr>
      <w:r w:rsidRPr="004414F1">
        <w:rPr>
          <w:rFonts w:cs="Times New Roman"/>
          <w:szCs w:val="24"/>
          <w:lang w:val="ru-RU"/>
        </w:rPr>
        <w:t>2</w:t>
      </w:r>
      <w:r w:rsidR="00AF3674" w:rsidRPr="004414F1">
        <w:rPr>
          <w:rFonts w:cs="Times New Roman"/>
          <w:szCs w:val="24"/>
          <w:lang w:val="ru-RU"/>
        </w:rPr>
        <w:t>. Муринець А.</w:t>
      </w:r>
    </w:p>
    <w:p w:rsidR="00DC6AC9" w:rsidRPr="004414F1" w:rsidRDefault="00DC6AC9">
      <w:pPr>
        <w:rPr>
          <w:rFonts w:cs="Times New Roman"/>
          <w:bCs/>
          <w:szCs w:val="24"/>
          <w:lang w:val="uk-UA"/>
        </w:rPr>
      </w:pPr>
      <w:r w:rsidRPr="004414F1">
        <w:rPr>
          <w:rFonts w:cs="Times New Roman"/>
          <w:bCs/>
          <w:szCs w:val="24"/>
          <w:lang w:val="uk-UA"/>
        </w:rPr>
        <w:t xml:space="preserve">3. </w:t>
      </w:r>
      <w:r w:rsidR="00B46B9D" w:rsidRPr="004414F1">
        <w:rPr>
          <w:rFonts w:cs="Times New Roman"/>
          <w:bCs/>
          <w:szCs w:val="24"/>
          <w:lang w:val="uk-UA"/>
        </w:rPr>
        <w:t>Вощина</w:t>
      </w:r>
      <w:r w:rsidRPr="004414F1">
        <w:rPr>
          <w:rFonts w:cs="Times New Roman"/>
          <w:bCs/>
          <w:szCs w:val="24"/>
          <w:lang w:val="uk-UA"/>
        </w:rPr>
        <w:t xml:space="preserve"> А.</w:t>
      </w:r>
      <w:r w:rsidR="00B46B9D" w:rsidRPr="004414F1">
        <w:rPr>
          <w:rFonts w:cs="Times New Roman"/>
          <w:bCs/>
          <w:szCs w:val="24"/>
          <w:lang w:val="uk-UA"/>
        </w:rPr>
        <w:t xml:space="preserve"> </w:t>
      </w:r>
    </w:p>
    <w:p w:rsidR="00DC6AC9" w:rsidRPr="004414F1" w:rsidRDefault="00DC6AC9">
      <w:pPr>
        <w:rPr>
          <w:rFonts w:cs="Times New Roman"/>
          <w:bCs/>
          <w:szCs w:val="24"/>
          <w:lang w:val="uk-UA"/>
        </w:rPr>
      </w:pPr>
      <w:r w:rsidRPr="004414F1">
        <w:rPr>
          <w:rFonts w:cs="Times New Roman"/>
          <w:bCs/>
          <w:szCs w:val="24"/>
          <w:lang w:val="uk-UA"/>
        </w:rPr>
        <w:t xml:space="preserve">4. </w:t>
      </w:r>
      <w:r w:rsidR="00B46B9D" w:rsidRPr="004414F1">
        <w:rPr>
          <w:rFonts w:cs="Times New Roman"/>
          <w:bCs/>
          <w:szCs w:val="24"/>
          <w:lang w:val="uk-UA"/>
        </w:rPr>
        <w:t>Савицька</w:t>
      </w:r>
      <w:r w:rsidRPr="004414F1">
        <w:rPr>
          <w:rFonts w:cs="Times New Roman"/>
          <w:bCs/>
          <w:szCs w:val="24"/>
          <w:lang w:val="uk-UA"/>
        </w:rPr>
        <w:t xml:space="preserve"> К.</w:t>
      </w:r>
    </w:p>
    <w:p w:rsidR="00DC6AC9" w:rsidRPr="004414F1" w:rsidRDefault="00DC6AC9">
      <w:pPr>
        <w:rPr>
          <w:rFonts w:cs="Times New Roman"/>
          <w:bCs/>
          <w:szCs w:val="24"/>
          <w:lang w:val="uk-UA"/>
        </w:rPr>
      </w:pPr>
      <w:r w:rsidRPr="004414F1">
        <w:rPr>
          <w:rFonts w:cs="Times New Roman"/>
          <w:bCs/>
          <w:szCs w:val="24"/>
          <w:lang w:val="uk-UA"/>
        </w:rPr>
        <w:t xml:space="preserve">5. </w:t>
      </w:r>
      <w:r w:rsidR="00B46B9D" w:rsidRPr="004414F1">
        <w:rPr>
          <w:rFonts w:cs="Times New Roman"/>
          <w:bCs/>
          <w:szCs w:val="24"/>
          <w:lang w:val="uk-UA"/>
        </w:rPr>
        <w:t>Стасюк</w:t>
      </w:r>
      <w:r w:rsidRPr="004414F1">
        <w:rPr>
          <w:rFonts w:cs="Times New Roman"/>
          <w:bCs/>
          <w:szCs w:val="24"/>
          <w:lang w:val="uk-UA"/>
        </w:rPr>
        <w:t xml:space="preserve"> А.</w:t>
      </w:r>
    </w:p>
    <w:p w:rsidR="00DC6AC9" w:rsidRPr="004414F1" w:rsidRDefault="00DC6AC9">
      <w:pPr>
        <w:rPr>
          <w:rFonts w:cs="Times New Roman"/>
          <w:bCs/>
          <w:szCs w:val="24"/>
          <w:lang w:val="uk-UA"/>
        </w:rPr>
      </w:pPr>
      <w:r w:rsidRPr="004414F1">
        <w:rPr>
          <w:rFonts w:cs="Times New Roman"/>
          <w:bCs/>
          <w:szCs w:val="24"/>
          <w:lang w:val="uk-UA"/>
        </w:rPr>
        <w:t xml:space="preserve">6. </w:t>
      </w:r>
      <w:r w:rsidR="00B46B9D" w:rsidRPr="004414F1">
        <w:rPr>
          <w:rFonts w:cs="Times New Roman"/>
          <w:bCs/>
          <w:szCs w:val="24"/>
          <w:lang w:val="uk-UA"/>
        </w:rPr>
        <w:t>Дух</w:t>
      </w:r>
      <w:r w:rsidRPr="004414F1">
        <w:rPr>
          <w:rFonts w:cs="Times New Roman"/>
          <w:bCs/>
          <w:szCs w:val="24"/>
          <w:lang w:val="uk-UA"/>
        </w:rPr>
        <w:t xml:space="preserve"> І.</w:t>
      </w:r>
    </w:p>
    <w:p w:rsidR="00DC6AC9" w:rsidRPr="004414F1" w:rsidRDefault="00DC6AC9">
      <w:pPr>
        <w:rPr>
          <w:rFonts w:cs="Times New Roman"/>
          <w:szCs w:val="24"/>
          <w:lang w:val="uk-UA"/>
        </w:rPr>
      </w:pPr>
      <w:r w:rsidRPr="004414F1">
        <w:rPr>
          <w:rFonts w:cs="Times New Roman"/>
          <w:szCs w:val="24"/>
          <w:lang w:val="uk-UA"/>
        </w:rPr>
        <w:t xml:space="preserve">7. </w:t>
      </w:r>
      <w:r w:rsidR="00B46B9D" w:rsidRPr="004414F1">
        <w:rPr>
          <w:rFonts w:cs="Times New Roman"/>
          <w:szCs w:val="24"/>
          <w:lang w:val="uk-UA"/>
        </w:rPr>
        <w:t>Миколайчук</w:t>
      </w:r>
      <w:r w:rsidRPr="004414F1">
        <w:rPr>
          <w:rFonts w:cs="Times New Roman"/>
          <w:szCs w:val="24"/>
          <w:lang w:val="uk-UA"/>
        </w:rPr>
        <w:t xml:space="preserve"> В.</w:t>
      </w:r>
    </w:p>
    <w:p w:rsidR="00DC6AC9" w:rsidRPr="004414F1" w:rsidRDefault="00DC6AC9">
      <w:pPr>
        <w:rPr>
          <w:rFonts w:cs="Times New Roman"/>
          <w:szCs w:val="24"/>
          <w:lang w:val="uk-UA"/>
        </w:rPr>
      </w:pPr>
      <w:r w:rsidRPr="004414F1">
        <w:rPr>
          <w:rFonts w:cs="Times New Roman"/>
          <w:szCs w:val="24"/>
          <w:lang w:val="uk-UA"/>
        </w:rPr>
        <w:t xml:space="preserve">8. </w:t>
      </w:r>
      <w:r w:rsidR="00B46B9D" w:rsidRPr="004414F1">
        <w:rPr>
          <w:rFonts w:cs="Times New Roman"/>
          <w:szCs w:val="24"/>
          <w:lang w:val="uk-UA"/>
        </w:rPr>
        <w:t>Вощина</w:t>
      </w:r>
      <w:r w:rsidRPr="004414F1">
        <w:rPr>
          <w:rFonts w:cs="Times New Roman"/>
          <w:szCs w:val="24"/>
          <w:lang w:val="uk-UA"/>
        </w:rPr>
        <w:t xml:space="preserve"> А. </w:t>
      </w:r>
    </w:p>
    <w:p w:rsidR="00DC6AC9" w:rsidRPr="004414F1" w:rsidRDefault="00DC6AC9">
      <w:pPr>
        <w:rPr>
          <w:rFonts w:cs="Times New Roman"/>
          <w:szCs w:val="24"/>
          <w:lang w:val="uk-UA"/>
        </w:rPr>
      </w:pPr>
      <w:r w:rsidRPr="004414F1">
        <w:rPr>
          <w:rFonts w:cs="Times New Roman"/>
          <w:szCs w:val="24"/>
          <w:lang w:val="uk-UA"/>
        </w:rPr>
        <w:t xml:space="preserve">9. </w:t>
      </w:r>
      <w:r w:rsidR="00B46B9D" w:rsidRPr="004414F1">
        <w:rPr>
          <w:rFonts w:cs="Times New Roman"/>
          <w:szCs w:val="24"/>
          <w:lang w:val="uk-UA"/>
        </w:rPr>
        <w:t>Івашкова</w:t>
      </w:r>
      <w:r w:rsidRPr="004414F1">
        <w:rPr>
          <w:rFonts w:cs="Times New Roman"/>
          <w:szCs w:val="24"/>
          <w:lang w:val="uk-UA"/>
        </w:rPr>
        <w:t xml:space="preserve"> Д.</w:t>
      </w:r>
    </w:p>
    <w:p w:rsidR="00A76212" w:rsidRPr="004414F1" w:rsidRDefault="00DC6AC9">
      <w:pPr>
        <w:rPr>
          <w:rFonts w:cs="Times New Roman"/>
          <w:szCs w:val="24"/>
          <w:lang w:val="uk-UA"/>
        </w:rPr>
      </w:pPr>
      <w:r w:rsidRPr="004414F1">
        <w:rPr>
          <w:rFonts w:cs="Times New Roman"/>
          <w:szCs w:val="24"/>
          <w:lang w:val="uk-UA"/>
        </w:rPr>
        <w:t xml:space="preserve">10. </w:t>
      </w:r>
      <w:r w:rsidR="00B46B9D" w:rsidRPr="004414F1">
        <w:rPr>
          <w:rFonts w:cs="Times New Roman"/>
          <w:szCs w:val="24"/>
          <w:lang w:val="uk-UA"/>
        </w:rPr>
        <w:t>Колихаліна</w:t>
      </w:r>
      <w:r w:rsidRPr="004414F1">
        <w:rPr>
          <w:rFonts w:cs="Times New Roman"/>
          <w:szCs w:val="24"/>
          <w:lang w:val="uk-UA"/>
        </w:rPr>
        <w:t xml:space="preserve"> Д.</w:t>
      </w:r>
      <w:r w:rsidR="00B46B9D" w:rsidRPr="004414F1">
        <w:rPr>
          <w:rFonts w:cs="Times New Roman"/>
          <w:szCs w:val="24"/>
          <w:lang w:val="uk-UA"/>
        </w:rPr>
        <w:t xml:space="preserve"> </w:t>
      </w:r>
      <w:r w:rsidR="00AF3674" w:rsidRPr="004414F1">
        <w:rPr>
          <w:rFonts w:cs="Times New Roman"/>
          <w:szCs w:val="24"/>
          <w:lang w:val="uk-UA"/>
        </w:rPr>
        <w:br w:type="page"/>
      </w:r>
    </w:p>
    <w:p w:rsidR="00A76212" w:rsidRPr="004414F1" w:rsidRDefault="00AF3674" w:rsidP="00384C2C">
      <w:pPr>
        <w:ind w:left="-567" w:right="-858"/>
        <w:jc w:val="center"/>
        <w:rPr>
          <w:rFonts w:cs="Times New Roman"/>
          <w:szCs w:val="24"/>
          <w:lang w:val="uk-UA"/>
        </w:rPr>
      </w:pPr>
      <w:r w:rsidRPr="004414F1">
        <w:rPr>
          <w:rFonts w:cs="Times New Roman"/>
          <w:b/>
          <w:szCs w:val="24"/>
          <w:lang w:val="uk-UA"/>
        </w:rPr>
        <w:lastRenderedPageBreak/>
        <w:t>ПРОТОКОЛ № 1</w:t>
      </w:r>
    </w:p>
    <w:p w:rsidR="00A76212" w:rsidRPr="004414F1" w:rsidRDefault="00AF3674" w:rsidP="00384C2C">
      <w:pPr>
        <w:ind w:left="-567" w:right="-858"/>
        <w:jc w:val="center"/>
        <w:rPr>
          <w:rFonts w:cs="Times New Roman"/>
          <w:szCs w:val="24"/>
          <w:lang w:val="ru-RU"/>
        </w:rPr>
      </w:pPr>
      <w:r w:rsidRPr="004414F1">
        <w:rPr>
          <w:rFonts w:cs="Times New Roman"/>
          <w:szCs w:val="24"/>
          <w:lang w:val="uk-UA"/>
        </w:rPr>
        <w:t>Засідання наукового гуртка «Порівняльна типологія» при кафедрі германської філо</w:t>
      </w:r>
      <w:r w:rsidR="007E0501" w:rsidRPr="004414F1">
        <w:rPr>
          <w:rFonts w:cs="Times New Roman"/>
          <w:szCs w:val="24"/>
          <w:lang w:val="uk-UA"/>
        </w:rPr>
        <w:t>логії та перекладознавства</w:t>
      </w:r>
      <w:r w:rsidR="007E0501" w:rsidRPr="004414F1">
        <w:rPr>
          <w:rFonts w:cs="Times New Roman"/>
          <w:szCs w:val="24"/>
          <w:lang w:val="uk-UA"/>
        </w:rPr>
        <w:br/>
        <w:t xml:space="preserve">від 23 </w:t>
      </w:r>
      <w:r w:rsidR="007E0501" w:rsidRPr="004414F1">
        <w:rPr>
          <w:rFonts w:cs="Times New Roman"/>
          <w:szCs w:val="24"/>
          <w:lang w:val="ru-RU"/>
        </w:rPr>
        <w:t>вересня 2025</w:t>
      </w:r>
      <w:r w:rsidRPr="004414F1">
        <w:rPr>
          <w:rFonts w:cs="Times New Roman"/>
          <w:szCs w:val="24"/>
          <w:lang w:val="ru-RU"/>
        </w:rPr>
        <w:t xml:space="preserve"> р.</w:t>
      </w:r>
    </w:p>
    <w:p w:rsidR="00A76212" w:rsidRPr="004414F1" w:rsidRDefault="00AF3674" w:rsidP="00384C2C">
      <w:pPr>
        <w:ind w:left="-567" w:right="-858"/>
        <w:jc w:val="center"/>
        <w:rPr>
          <w:rFonts w:cs="Times New Roman"/>
          <w:szCs w:val="24"/>
          <w:lang w:val="ru-RU"/>
        </w:rPr>
      </w:pPr>
      <w:r w:rsidRPr="004414F1">
        <w:rPr>
          <w:rFonts w:cs="Times New Roman"/>
          <w:szCs w:val="24"/>
          <w:lang w:val="ru-RU"/>
        </w:rPr>
        <w:t>ПРИСУТНІ: д. філол. н., проф. Юлія БОЙКО; секретар гуртка, к. пед. н., доц. Ольга ТАРАСОВА, члени студентського наукового гуртка.</w:t>
      </w:r>
    </w:p>
    <w:p w:rsidR="00A76212" w:rsidRPr="004414F1" w:rsidRDefault="00AF3674" w:rsidP="00384C2C">
      <w:pPr>
        <w:ind w:left="-567" w:right="-858"/>
        <w:jc w:val="center"/>
        <w:rPr>
          <w:rFonts w:cs="Times New Roman"/>
          <w:szCs w:val="24"/>
          <w:lang w:val="ru-RU"/>
        </w:rPr>
      </w:pPr>
      <w:r w:rsidRPr="004414F1">
        <w:rPr>
          <w:rFonts w:cs="Times New Roman"/>
          <w:b/>
          <w:szCs w:val="24"/>
          <w:lang w:val="ru-RU"/>
        </w:rPr>
        <w:t>ПОРЯДОК ДЕННИЙ</w:t>
      </w:r>
    </w:p>
    <w:p w:rsidR="00A76212" w:rsidRPr="004414F1" w:rsidRDefault="00AF3674" w:rsidP="00384C2C">
      <w:pPr>
        <w:ind w:left="-567" w:right="-858"/>
        <w:jc w:val="both"/>
        <w:rPr>
          <w:rFonts w:cs="Times New Roman"/>
          <w:szCs w:val="24"/>
          <w:lang w:val="ru-RU"/>
        </w:rPr>
      </w:pPr>
      <w:r w:rsidRPr="004414F1">
        <w:rPr>
          <w:rFonts w:cs="Times New Roman"/>
          <w:szCs w:val="24"/>
          <w:lang w:val="ru-RU"/>
        </w:rPr>
        <w:t>1. Затвердження</w:t>
      </w:r>
      <w:r w:rsidR="00F844E9" w:rsidRPr="004414F1">
        <w:rPr>
          <w:rFonts w:cs="Times New Roman"/>
          <w:szCs w:val="24"/>
          <w:lang w:val="ru-RU"/>
        </w:rPr>
        <w:t xml:space="preserve"> складу гуртка на І семестр 2025-2026</w:t>
      </w:r>
      <w:r w:rsidRPr="004414F1">
        <w:rPr>
          <w:rFonts w:cs="Times New Roman"/>
          <w:szCs w:val="24"/>
          <w:lang w:val="ru-RU"/>
        </w:rPr>
        <w:t xml:space="preserve"> н.р.</w:t>
      </w:r>
    </w:p>
    <w:p w:rsidR="00A76212" w:rsidRPr="004414F1" w:rsidRDefault="00AF3674" w:rsidP="00384C2C">
      <w:pPr>
        <w:ind w:left="-567" w:right="-858"/>
        <w:jc w:val="both"/>
        <w:rPr>
          <w:rFonts w:cs="Times New Roman"/>
          <w:szCs w:val="24"/>
          <w:lang w:val="ru-RU"/>
        </w:rPr>
      </w:pPr>
      <w:r w:rsidRPr="004414F1">
        <w:rPr>
          <w:rFonts w:cs="Times New Roman"/>
          <w:szCs w:val="24"/>
          <w:lang w:val="ru-RU"/>
        </w:rPr>
        <w:t>2. Обговор</w:t>
      </w:r>
      <w:r w:rsidR="00F844E9" w:rsidRPr="004414F1">
        <w:rPr>
          <w:rFonts w:cs="Times New Roman"/>
          <w:szCs w:val="24"/>
          <w:lang w:val="ru-RU"/>
        </w:rPr>
        <w:t>ення плану роботи гуртка на 2025-2026</w:t>
      </w:r>
      <w:r w:rsidRPr="004414F1">
        <w:rPr>
          <w:rFonts w:cs="Times New Roman"/>
          <w:szCs w:val="24"/>
          <w:lang w:val="ru-RU"/>
        </w:rPr>
        <w:t xml:space="preserve"> н.р.</w:t>
      </w:r>
    </w:p>
    <w:p w:rsidR="00A76212" w:rsidRPr="004414F1" w:rsidRDefault="00AF3674" w:rsidP="00384C2C">
      <w:pPr>
        <w:ind w:left="-567" w:right="-858"/>
        <w:jc w:val="both"/>
        <w:rPr>
          <w:rFonts w:cs="Times New Roman"/>
          <w:szCs w:val="24"/>
          <w:lang w:val="ru-RU"/>
        </w:rPr>
      </w:pPr>
      <w:r w:rsidRPr="004414F1">
        <w:rPr>
          <w:rFonts w:cs="Times New Roman"/>
          <w:b/>
          <w:szCs w:val="24"/>
          <w:lang w:val="ru-RU"/>
        </w:rPr>
        <w:t xml:space="preserve">СЛУХАЛИ: </w:t>
      </w:r>
      <w:r w:rsidRPr="004414F1">
        <w:rPr>
          <w:rFonts w:cs="Times New Roman"/>
          <w:szCs w:val="24"/>
          <w:lang w:val="ru-RU"/>
        </w:rPr>
        <w:t>Керівника гуртка, проф. Юлію БОЙКО про формування складу учасників гуртка.</w:t>
      </w:r>
    </w:p>
    <w:p w:rsidR="00A76212" w:rsidRPr="004414F1" w:rsidRDefault="00AF3674" w:rsidP="00384C2C">
      <w:pPr>
        <w:ind w:left="-567" w:right="-858"/>
        <w:jc w:val="both"/>
        <w:rPr>
          <w:rFonts w:cs="Times New Roman"/>
          <w:szCs w:val="24"/>
          <w:lang w:val="ru-RU"/>
        </w:rPr>
      </w:pPr>
      <w:r w:rsidRPr="004414F1">
        <w:rPr>
          <w:rFonts w:cs="Times New Roman"/>
          <w:b/>
          <w:szCs w:val="24"/>
          <w:lang w:val="ru-RU"/>
        </w:rPr>
        <w:t xml:space="preserve">УХВАЛИЛИ: </w:t>
      </w:r>
      <w:r w:rsidRPr="004414F1">
        <w:rPr>
          <w:rFonts w:cs="Times New Roman"/>
          <w:szCs w:val="24"/>
          <w:lang w:val="ru-RU"/>
        </w:rPr>
        <w:t>Схвалити склад студентського наукового гуртка та рекомендувати студентам активну участь у наукових заходах кафедри.</w:t>
      </w:r>
    </w:p>
    <w:p w:rsidR="00A76212" w:rsidRPr="004414F1" w:rsidRDefault="00AF3674" w:rsidP="00384C2C">
      <w:pPr>
        <w:ind w:left="-567" w:right="-858"/>
        <w:jc w:val="both"/>
        <w:rPr>
          <w:rFonts w:cs="Times New Roman"/>
          <w:szCs w:val="24"/>
          <w:lang w:val="ru-RU"/>
        </w:rPr>
      </w:pPr>
      <w:r w:rsidRPr="004414F1">
        <w:rPr>
          <w:rFonts w:cs="Times New Roman"/>
          <w:b/>
          <w:szCs w:val="24"/>
          <w:lang w:val="ru-RU"/>
        </w:rPr>
        <w:t xml:space="preserve">СЛУХАЛИ: </w:t>
      </w:r>
      <w:r w:rsidRPr="004414F1">
        <w:rPr>
          <w:rFonts w:cs="Times New Roman"/>
          <w:szCs w:val="24"/>
          <w:lang w:val="ru-RU"/>
        </w:rPr>
        <w:t>Секретаря гуртка, доц. Ольгу ТАРАСОВУ щодо тематики та графіка проведення засідань гуртка.</w:t>
      </w:r>
    </w:p>
    <w:p w:rsidR="00A76212" w:rsidRPr="004414F1" w:rsidRDefault="00AF3674" w:rsidP="00384C2C">
      <w:pPr>
        <w:ind w:left="-567" w:right="-858"/>
        <w:jc w:val="both"/>
        <w:rPr>
          <w:rFonts w:cs="Times New Roman"/>
          <w:szCs w:val="24"/>
          <w:lang w:val="ru-RU"/>
        </w:rPr>
      </w:pPr>
      <w:r w:rsidRPr="004414F1">
        <w:rPr>
          <w:rFonts w:cs="Times New Roman"/>
          <w:b/>
          <w:szCs w:val="24"/>
          <w:lang w:val="ru-RU"/>
        </w:rPr>
        <w:t xml:space="preserve">УХВАЛИЛИ: </w:t>
      </w:r>
      <w:r w:rsidRPr="004414F1">
        <w:rPr>
          <w:rFonts w:cs="Times New Roman"/>
          <w:szCs w:val="24"/>
          <w:lang w:val="ru-RU"/>
        </w:rPr>
        <w:t>Погодити запропонований план роботи гуртка та затвердити тематику студентських доповідей.</w:t>
      </w:r>
    </w:p>
    <w:p w:rsidR="00384C2C" w:rsidRDefault="00AF3674" w:rsidP="00384C2C">
      <w:pPr>
        <w:ind w:left="-567" w:right="-858"/>
        <w:rPr>
          <w:rFonts w:cs="Times New Roman"/>
          <w:szCs w:val="24"/>
        </w:rPr>
      </w:pPr>
      <w:r w:rsidRPr="004414F1">
        <w:rPr>
          <w:rFonts w:cs="Times New Roman"/>
          <w:szCs w:val="24"/>
          <w:lang w:val="ru-RU"/>
        </w:rPr>
        <w:br/>
      </w:r>
    </w:p>
    <w:p w:rsidR="00384C2C" w:rsidRDefault="00384C2C" w:rsidP="00384C2C">
      <w:pPr>
        <w:ind w:left="-567" w:right="-858"/>
        <w:rPr>
          <w:rFonts w:cs="Times New Roman"/>
          <w:szCs w:val="24"/>
        </w:rPr>
      </w:pPr>
    </w:p>
    <w:p w:rsidR="00384C2C" w:rsidRDefault="00384C2C" w:rsidP="00384C2C">
      <w:pPr>
        <w:ind w:left="-567" w:right="-858"/>
        <w:rPr>
          <w:rFonts w:cs="Times New Roman"/>
          <w:szCs w:val="24"/>
        </w:rPr>
      </w:pPr>
    </w:p>
    <w:p w:rsidR="00384C2C" w:rsidRDefault="00384C2C" w:rsidP="00384C2C">
      <w:pPr>
        <w:ind w:left="-567" w:right="-858"/>
        <w:rPr>
          <w:rFonts w:cs="Times New Roman"/>
          <w:szCs w:val="24"/>
        </w:rPr>
      </w:pPr>
    </w:p>
    <w:p w:rsidR="00384C2C" w:rsidRDefault="00384C2C" w:rsidP="00384C2C">
      <w:pPr>
        <w:ind w:left="-567" w:right="-858"/>
        <w:rPr>
          <w:rFonts w:cs="Times New Roman"/>
          <w:szCs w:val="24"/>
        </w:rPr>
      </w:pPr>
    </w:p>
    <w:p w:rsidR="00A76212" w:rsidRPr="004414F1" w:rsidRDefault="00CD5068" w:rsidP="00384C2C">
      <w:pPr>
        <w:ind w:left="-567" w:right="-858"/>
        <w:rPr>
          <w:rFonts w:cs="Times New Roman"/>
          <w:szCs w:val="24"/>
          <w:lang w:val="ru-RU"/>
        </w:rPr>
      </w:pPr>
      <w:r w:rsidRPr="004414F1">
        <w:rPr>
          <w:rFonts w:cs="Times New Roman"/>
          <w:szCs w:val="24"/>
          <w:lang w:val="uk-UA"/>
        </w:rPr>
        <w:t>Керівник</w:t>
      </w:r>
      <w:r w:rsidRPr="004414F1">
        <w:rPr>
          <w:rFonts w:cs="Times New Roman"/>
          <w:szCs w:val="24"/>
          <w:lang w:val="uk-UA"/>
        </w:rPr>
        <w:tab/>
      </w:r>
      <w:r w:rsidRPr="004414F1">
        <w:rPr>
          <w:rFonts w:cs="Times New Roman"/>
          <w:szCs w:val="24"/>
          <w:lang w:val="uk-UA"/>
        </w:rPr>
        <w:tab/>
        <w:t xml:space="preserve">  </w:t>
      </w:r>
      <w:r w:rsidR="00AF3674" w:rsidRPr="004414F1">
        <w:rPr>
          <w:rFonts w:cs="Times New Roman"/>
          <w:szCs w:val="24"/>
          <w:lang w:val="ru-RU"/>
        </w:rPr>
        <w:t xml:space="preserve"> </w:t>
      </w:r>
      <w:r w:rsidR="00384C2C" w:rsidRPr="00384C2C">
        <w:rPr>
          <w:rFonts w:cs="Times New Roman"/>
          <w:szCs w:val="24"/>
          <w:lang w:val="ru-RU"/>
        </w:rPr>
        <w:tab/>
      </w:r>
      <w:r w:rsidR="00384C2C">
        <w:rPr>
          <w:rFonts w:cs="Times New Roman"/>
          <w:szCs w:val="24"/>
        </w:rPr>
        <w:tab/>
      </w:r>
      <w:r w:rsidR="00384C2C">
        <w:rPr>
          <w:rFonts w:cs="Times New Roman"/>
          <w:szCs w:val="24"/>
        </w:rPr>
        <w:tab/>
      </w:r>
      <w:r w:rsidR="00AF3674" w:rsidRPr="004414F1">
        <w:rPr>
          <w:rFonts w:cs="Times New Roman"/>
          <w:szCs w:val="24"/>
          <w:lang w:val="ru-RU"/>
        </w:rPr>
        <w:t xml:space="preserve">                        </w:t>
      </w:r>
      <w:r w:rsidR="00384C2C">
        <w:rPr>
          <w:rFonts w:cs="Times New Roman"/>
          <w:szCs w:val="24"/>
        </w:rPr>
        <w:t xml:space="preserve">  </w:t>
      </w:r>
      <w:r w:rsidR="00384C2C">
        <w:rPr>
          <w:rFonts w:cs="Times New Roman"/>
          <w:szCs w:val="24"/>
        </w:rPr>
        <w:tab/>
      </w:r>
      <w:r w:rsidR="00384C2C">
        <w:rPr>
          <w:rFonts w:cs="Times New Roman"/>
          <w:szCs w:val="24"/>
        </w:rPr>
        <w:tab/>
      </w:r>
      <w:r w:rsidR="00AF3674" w:rsidRPr="004414F1">
        <w:rPr>
          <w:rFonts w:cs="Times New Roman"/>
          <w:szCs w:val="24"/>
          <w:lang w:val="ru-RU"/>
        </w:rPr>
        <w:t xml:space="preserve">         проф. Юлія БОЙКО</w:t>
      </w:r>
    </w:p>
    <w:p w:rsidR="00A76212" w:rsidRPr="004414F1" w:rsidRDefault="00AF3674" w:rsidP="00384C2C">
      <w:pPr>
        <w:ind w:left="-567" w:right="-858"/>
        <w:rPr>
          <w:rFonts w:cs="Times New Roman"/>
          <w:szCs w:val="24"/>
          <w:lang w:val="ru-RU"/>
        </w:rPr>
      </w:pPr>
      <w:r w:rsidRPr="004414F1">
        <w:rPr>
          <w:rFonts w:cs="Times New Roman"/>
          <w:szCs w:val="24"/>
          <w:lang w:val="ru-RU"/>
        </w:rPr>
        <w:t xml:space="preserve">Секретар                                                      </w:t>
      </w:r>
      <w:r w:rsidR="00384C2C">
        <w:rPr>
          <w:rFonts w:cs="Times New Roman"/>
          <w:szCs w:val="24"/>
        </w:rPr>
        <w:tab/>
      </w:r>
      <w:r w:rsidR="00384C2C">
        <w:rPr>
          <w:rFonts w:cs="Times New Roman"/>
          <w:szCs w:val="24"/>
        </w:rPr>
        <w:tab/>
      </w:r>
      <w:r w:rsidR="00384C2C">
        <w:rPr>
          <w:rFonts w:cs="Times New Roman"/>
          <w:szCs w:val="24"/>
        </w:rPr>
        <w:tab/>
      </w:r>
      <w:r w:rsidR="00384C2C">
        <w:rPr>
          <w:rFonts w:cs="Times New Roman"/>
          <w:szCs w:val="24"/>
        </w:rPr>
        <w:tab/>
        <w:t xml:space="preserve"> </w:t>
      </w:r>
      <w:r w:rsidRPr="004414F1">
        <w:rPr>
          <w:rFonts w:cs="Times New Roman"/>
          <w:szCs w:val="24"/>
          <w:lang w:val="ru-RU"/>
        </w:rPr>
        <w:t xml:space="preserve">  доц. Ольга ТАРАСОВА</w:t>
      </w:r>
    </w:p>
    <w:p w:rsidR="00A76212" w:rsidRPr="004414F1" w:rsidRDefault="00AF3674" w:rsidP="00384C2C">
      <w:pPr>
        <w:ind w:left="-567" w:right="-858"/>
        <w:rPr>
          <w:rFonts w:cs="Times New Roman"/>
          <w:szCs w:val="24"/>
          <w:lang w:val="ru-RU"/>
        </w:rPr>
      </w:pPr>
      <w:r w:rsidRPr="004414F1">
        <w:rPr>
          <w:rFonts w:cs="Times New Roman"/>
          <w:szCs w:val="24"/>
          <w:lang w:val="ru-RU"/>
        </w:rPr>
        <w:br w:type="page"/>
      </w:r>
    </w:p>
    <w:p w:rsidR="00A76212" w:rsidRPr="004414F1" w:rsidRDefault="00AF3674" w:rsidP="00384C2C">
      <w:pPr>
        <w:ind w:left="-567" w:right="-858"/>
        <w:jc w:val="center"/>
        <w:rPr>
          <w:rFonts w:cs="Times New Roman"/>
          <w:szCs w:val="24"/>
          <w:lang w:val="ru-RU"/>
        </w:rPr>
      </w:pPr>
      <w:r w:rsidRPr="004414F1">
        <w:rPr>
          <w:rFonts w:cs="Times New Roman"/>
          <w:b/>
          <w:szCs w:val="24"/>
          <w:lang w:val="ru-RU"/>
        </w:rPr>
        <w:lastRenderedPageBreak/>
        <w:t>ПРОТОКОЛ № 2</w:t>
      </w:r>
    </w:p>
    <w:p w:rsidR="00A76212" w:rsidRPr="004414F1" w:rsidRDefault="00AF3674" w:rsidP="00384C2C">
      <w:pPr>
        <w:ind w:left="-567" w:right="-858"/>
        <w:jc w:val="center"/>
        <w:rPr>
          <w:rFonts w:cs="Times New Roman"/>
          <w:szCs w:val="24"/>
          <w:lang w:val="ru-RU"/>
        </w:rPr>
      </w:pPr>
      <w:r w:rsidRPr="004414F1">
        <w:rPr>
          <w:rFonts w:cs="Times New Roman"/>
          <w:szCs w:val="24"/>
          <w:lang w:val="ru-RU"/>
        </w:rPr>
        <w:t>Засідання наукового гуртка «Порівняльна типологія» при кафедрі германської філо</w:t>
      </w:r>
      <w:r w:rsidR="007E0501" w:rsidRPr="004414F1">
        <w:rPr>
          <w:rFonts w:cs="Times New Roman"/>
          <w:szCs w:val="24"/>
          <w:lang w:val="ru-RU"/>
        </w:rPr>
        <w:t>логії та перекладознавства</w:t>
      </w:r>
      <w:r w:rsidR="007E0501" w:rsidRPr="004414F1">
        <w:rPr>
          <w:rFonts w:cs="Times New Roman"/>
          <w:szCs w:val="24"/>
          <w:lang w:val="ru-RU"/>
        </w:rPr>
        <w:br/>
        <w:t>від 17 жовтня 2025</w:t>
      </w:r>
      <w:r w:rsidRPr="004414F1">
        <w:rPr>
          <w:rFonts w:cs="Times New Roman"/>
          <w:szCs w:val="24"/>
          <w:lang w:val="ru-RU"/>
        </w:rPr>
        <w:t xml:space="preserve"> р.</w:t>
      </w:r>
    </w:p>
    <w:p w:rsidR="00A76212" w:rsidRPr="004414F1" w:rsidRDefault="00AF3674" w:rsidP="00384C2C">
      <w:pPr>
        <w:ind w:left="-567" w:right="-858"/>
        <w:jc w:val="center"/>
        <w:rPr>
          <w:rFonts w:cs="Times New Roman"/>
          <w:szCs w:val="24"/>
          <w:lang w:val="ru-RU"/>
        </w:rPr>
      </w:pPr>
      <w:r w:rsidRPr="004414F1">
        <w:rPr>
          <w:rFonts w:cs="Times New Roman"/>
          <w:szCs w:val="24"/>
          <w:lang w:val="ru-RU"/>
        </w:rPr>
        <w:t>ПРИСУТНІ: д. філол. н., проф. Юлія БОЙКО; секретар гуртка, к. пед. н., доц. Ольга ТАРАСОВА, члени студентського наукового гуртка.</w:t>
      </w:r>
    </w:p>
    <w:p w:rsidR="00A76212" w:rsidRPr="004414F1" w:rsidRDefault="00AF3674" w:rsidP="00384C2C">
      <w:pPr>
        <w:ind w:left="-567" w:right="-858"/>
        <w:jc w:val="center"/>
        <w:rPr>
          <w:rFonts w:cs="Times New Roman"/>
          <w:szCs w:val="24"/>
          <w:lang w:val="ru-RU"/>
        </w:rPr>
      </w:pPr>
      <w:r w:rsidRPr="004414F1">
        <w:rPr>
          <w:rFonts w:cs="Times New Roman"/>
          <w:b/>
          <w:szCs w:val="24"/>
          <w:lang w:val="ru-RU"/>
        </w:rPr>
        <w:t>ПОРЯДОК ДЕННИЙ</w:t>
      </w:r>
    </w:p>
    <w:p w:rsidR="00A76212" w:rsidRPr="004414F1" w:rsidRDefault="00AF3674" w:rsidP="00384C2C">
      <w:pPr>
        <w:ind w:left="-567" w:right="-858"/>
        <w:jc w:val="both"/>
        <w:rPr>
          <w:rFonts w:cs="Times New Roman"/>
          <w:szCs w:val="24"/>
          <w:lang w:val="ru-RU"/>
        </w:rPr>
      </w:pPr>
      <w:r w:rsidRPr="004414F1">
        <w:rPr>
          <w:rFonts w:cs="Times New Roman"/>
          <w:szCs w:val="24"/>
          <w:lang w:val="ru-RU"/>
        </w:rPr>
        <w:t>1. Типологічні особливості категорії роду в англійській та українській мовах.</w:t>
      </w:r>
      <w:r w:rsidRPr="004414F1">
        <w:rPr>
          <w:rFonts w:cs="Times New Roman"/>
          <w:szCs w:val="24"/>
          <w:lang w:val="ru-RU"/>
        </w:rPr>
        <w:br/>
        <w:t>Доповідач: Любов МАГАСЬ.</w:t>
      </w:r>
    </w:p>
    <w:p w:rsidR="00A76212" w:rsidRPr="004414F1" w:rsidRDefault="00AF3674" w:rsidP="00384C2C">
      <w:pPr>
        <w:ind w:left="-567" w:right="-858"/>
        <w:jc w:val="both"/>
        <w:rPr>
          <w:rFonts w:cs="Times New Roman"/>
          <w:szCs w:val="24"/>
          <w:lang w:val="ru-RU"/>
        </w:rPr>
      </w:pPr>
      <w:r w:rsidRPr="004414F1">
        <w:rPr>
          <w:rFonts w:cs="Times New Roman"/>
          <w:szCs w:val="24"/>
          <w:lang w:val="ru-RU"/>
        </w:rPr>
        <w:t>2. Зіставний аналіз способів вираження модальності в англійській та українській мовах.</w:t>
      </w:r>
      <w:r w:rsidRPr="004414F1">
        <w:rPr>
          <w:rFonts w:cs="Times New Roman"/>
          <w:szCs w:val="24"/>
          <w:lang w:val="ru-RU"/>
        </w:rPr>
        <w:br/>
        <w:t xml:space="preserve">Доповідач: </w:t>
      </w:r>
      <w:r w:rsidR="00DC6AC9" w:rsidRPr="004414F1">
        <w:rPr>
          <w:rFonts w:cs="Times New Roman"/>
          <w:szCs w:val="24"/>
          <w:lang w:val="ru-RU"/>
        </w:rPr>
        <w:t>Катерина САВІЦЬКА</w:t>
      </w:r>
      <w:r w:rsidRPr="004414F1">
        <w:rPr>
          <w:rFonts w:cs="Times New Roman"/>
          <w:szCs w:val="24"/>
          <w:lang w:val="ru-RU"/>
        </w:rPr>
        <w:t>.</w:t>
      </w:r>
    </w:p>
    <w:p w:rsidR="00A76212" w:rsidRPr="004414F1" w:rsidRDefault="00AF3674" w:rsidP="00384C2C">
      <w:pPr>
        <w:ind w:left="-567" w:right="-858"/>
        <w:jc w:val="both"/>
        <w:rPr>
          <w:rFonts w:cs="Times New Roman"/>
          <w:szCs w:val="24"/>
          <w:lang w:val="ru-RU"/>
        </w:rPr>
      </w:pPr>
      <w:r w:rsidRPr="004414F1">
        <w:rPr>
          <w:rFonts w:cs="Times New Roman"/>
          <w:b/>
          <w:szCs w:val="24"/>
          <w:lang w:val="ru-RU"/>
        </w:rPr>
        <w:t xml:space="preserve">СЛУХАЛИ: </w:t>
      </w:r>
      <w:r w:rsidRPr="004414F1">
        <w:rPr>
          <w:rFonts w:cs="Times New Roman"/>
          <w:szCs w:val="24"/>
          <w:lang w:val="ru-RU"/>
        </w:rPr>
        <w:t>Любов МАГАСЬ, яка представила результати дослідження категорії роду в англійській та українській мовах і звернула увагу на ізоморфні та аломорфні характеристики даного явища.</w:t>
      </w:r>
    </w:p>
    <w:p w:rsidR="00A76212" w:rsidRPr="004414F1" w:rsidRDefault="00AF3674" w:rsidP="00384C2C">
      <w:pPr>
        <w:ind w:left="-567" w:right="-858"/>
        <w:jc w:val="both"/>
        <w:rPr>
          <w:rFonts w:cs="Times New Roman"/>
          <w:szCs w:val="24"/>
          <w:lang w:val="ru-RU"/>
        </w:rPr>
      </w:pPr>
      <w:r w:rsidRPr="004414F1">
        <w:rPr>
          <w:rFonts w:cs="Times New Roman"/>
          <w:b/>
          <w:szCs w:val="24"/>
          <w:lang w:val="ru-RU"/>
        </w:rPr>
        <w:t xml:space="preserve">УХВАЛИЛИ: </w:t>
      </w:r>
      <w:r w:rsidRPr="004414F1">
        <w:rPr>
          <w:rFonts w:cs="Times New Roman"/>
          <w:szCs w:val="24"/>
          <w:lang w:val="ru-RU"/>
        </w:rPr>
        <w:t>Підготувати методичні матеріали для практичних занять із порівняльної типології щодо категорії роду.</w:t>
      </w:r>
    </w:p>
    <w:p w:rsidR="00A76212" w:rsidRPr="004414F1" w:rsidRDefault="00AF3674" w:rsidP="00384C2C">
      <w:pPr>
        <w:ind w:left="-567" w:right="-858"/>
        <w:jc w:val="both"/>
        <w:rPr>
          <w:rFonts w:cs="Times New Roman"/>
          <w:szCs w:val="24"/>
          <w:lang w:val="ru-RU"/>
        </w:rPr>
      </w:pPr>
      <w:r w:rsidRPr="004414F1">
        <w:rPr>
          <w:rFonts w:cs="Times New Roman"/>
          <w:b/>
          <w:szCs w:val="24"/>
          <w:lang w:val="ru-RU"/>
        </w:rPr>
        <w:t xml:space="preserve">СЛУХАЛИ: </w:t>
      </w:r>
      <w:r w:rsidR="00DC6AC9" w:rsidRPr="004414F1">
        <w:rPr>
          <w:rFonts w:cs="Times New Roman"/>
          <w:szCs w:val="24"/>
          <w:lang w:val="ru-RU"/>
        </w:rPr>
        <w:t>Катерину САВІЦЬКУ</w:t>
      </w:r>
      <w:r w:rsidRPr="004414F1">
        <w:rPr>
          <w:rFonts w:cs="Times New Roman"/>
          <w:szCs w:val="24"/>
          <w:lang w:val="ru-RU"/>
        </w:rPr>
        <w:t>, який проаналізував способи вираження модальності в англійській та українській мовах та навів приклади їх функціонування у мовленні.</w:t>
      </w:r>
    </w:p>
    <w:p w:rsidR="00A76212" w:rsidRPr="004414F1" w:rsidRDefault="00AF3674" w:rsidP="00384C2C">
      <w:pPr>
        <w:ind w:left="-567" w:right="-858"/>
        <w:jc w:val="both"/>
        <w:rPr>
          <w:rFonts w:cs="Times New Roman"/>
          <w:szCs w:val="24"/>
          <w:lang w:val="ru-RU"/>
        </w:rPr>
      </w:pPr>
      <w:r w:rsidRPr="004414F1">
        <w:rPr>
          <w:rFonts w:cs="Times New Roman"/>
          <w:b/>
          <w:szCs w:val="24"/>
          <w:lang w:val="ru-RU"/>
        </w:rPr>
        <w:t xml:space="preserve">УХВАЛИЛИ: </w:t>
      </w:r>
      <w:r w:rsidRPr="004414F1">
        <w:rPr>
          <w:rFonts w:cs="Times New Roman"/>
          <w:szCs w:val="24"/>
          <w:lang w:val="ru-RU"/>
        </w:rPr>
        <w:t>Рекомендувати використання наведених прикладів під час вивчення модальних конструкцій у курсі практичної граматики.</w:t>
      </w:r>
    </w:p>
    <w:p w:rsidR="00384C2C" w:rsidRDefault="00AF3674" w:rsidP="00384C2C">
      <w:pPr>
        <w:ind w:left="-567" w:right="-858"/>
        <w:rPr>
          <w:rFonts w:cs="Times New Roman"/>
          <w:szCs w:val="24"/>
        </w:rPr>
      </w:pPr>
      <w:r w:rsidRPr="004414F1">
        <w:rPr>
          <w:rFonts w:cs="Times New Roman"/>
          <w:szCs w:val="24"/>
          <w:lang w:val="ru-RU"/>
        </w:rPr>
        <w:br/>
      </w:r>
    </w:p>
    <w:p w:rsidR="00384C2C" w:rsidRDefault="00384C2C" w:rsidP="00384C2C">
      <w:pPr>
        <w:ind w:left="-567" w:right="-858"/>
        <w:rPr>
          <w:rFonts w:cs="Times New Roman"/>
          <w:szCs w:val="24"/>
        </w:rPr>
      </w:pPr>
    </w:p>
    <w:p w:rsidR="00384C2C" w:rsidRDefault="00384C2C" w:rsidP="00384C2C">
      <w:pPr>
        <w:ind w:left="-567" w:right="-858"/>
        <w:rPr>
          <w:rFonts w:cs="Times New Roman"/>
          <w:szCs w:val="24"/>
        </w:rPr>
      </w:pPr>
    </w:p>
    <w:p w:rsidR="00384C2C" w:rsidRDefault="00384C2C" w:rsidP="00384C2C">
      <w:pPr>
        <w:ind w:left="-567" w:right="-858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</w:t>
      </w:r>
    </w:p>
    <w:p w:rsidR="00A76212" w:rsidRPr="004414F1" w:rsidRDefault="00CD5068" w:rsidP="00384C2C">
      <w:pPr>
        <w:ind w:left="-567" w:right="-858"/>
        <w:rPr>
          <w:rFonts w:cs="Times New Roman"/>
          <w:szCs w:val="24"/>
          <w:lang w:val="ru-RU"/>
        </w:rPr>
      </w:pPr>
      <w:r w:rsidRPr="004414F1">
        <w:rPr>
          <w:rFonts w:cs="Times New Roman"/>
          <w:szCs w:val="24"/>
          <w:lang w:val="ru-RU"/>
        </w:rPr>
        <w:t>Керівник</w:t>
      </w:r>
      <w:r w:rsidRPr="004414F1">
        <w:rPr>
          <w:rFonts w:cs="Times New Roman"/>
          <w:szCs w:val="24"/>
          <w:lang w:val="ru-RU"/>
        </w:rPr>
        <w:tab/>
      </w:r>
      <w:r w:rsidRPr="004414F1">
        <w:rPr>
          <w:rFonts w:cs="Times New Roman"/>
          <w:szCs w:val="24"/>
          <w:lang w:val="ru-RU"/>
        </w:rPr>
        <w:tab/>
        <w:t xml:space="preserve">  </w:t>
      </w:r>
      <w:r w:rsidR="00AF3674" w:rsidRPr="004414F1">
        <w:rPr>
          <w:rFonts w:cs="Times New Roman"/>
          <w:szCs w:val="24"/>
          <w:lang w:val="ru-RU"/>
        </w:rPr>
        <w:t xml:space="preserve">  </w:t>
      </w:r>
      <w:r w:rsidR="00384C2C">
        <w:rPr>
          <w:rFonts w:cs="Times New Roman"/>
          <w:szCs w:val="24"/>
        </w:rPr>
        <w:tab/>
      </w:r>
      <w:r w:rsidR="00384C2C">
        <w:rPr>
          <w:rFonts w:cs="Times New Roman"/>
          <w:szCs w:val="24"/>
        </w:rPr>
        <w:tab/>
      </w:r>
      <w:r w:rsidR="00384C2C">
        <w:rPr>
          <w:rFonts w:cs="Times New Roman"/>
          <w:szCs w:val="24"/>
        </w:rPr>
        <w:tab/>
      </w:r>
      <w:r w:rsidR="00384C2C">
        <w:rPr>
          <w:rFonts w:cs="Times New Roman"/>
          <w:szCs w:val="24"/>
        </w:rPr>
        <w:tab/>
      </w:r>
      <w:r w:rsidR="00384C2C">
        <w:rPr>
          <w:rFonts w:cs="Times New Roman"/>
          <w:szCs w:val="24"/>
        </w:rPr>
        <w:tab/>
      </w:r>
      <w:r w:rsidR="00AF3674" w:rsidRPr="004414F1">
        <w:rPr>
          <w:rFonts w:cs="Times New Roman"/>
          <w:szCs w:val="24"/>
          <w:lang w:val="ru-RU"/>
        </w:rPr>
        <w:t xml:space="preserve">                 </w:t>
      </w:r>
      <w:r w:rsidR="00384C2C">
        <w:rPr>
          <w:rFonts w:cs="Times New Roman"/>
          <w:szCs w:val="24"/>
        </w:rPr>
        <w:t xml:space="preserve">  </w:t>
      </w:r>
      <w:r w:rsidR="00AF3674" w:rsidRPr="004414F1">
        <w:rPr>
          <w:rFonts w:cs="Times New Roman"/>
          <w:szCs w:val="24"/>
          <w:lang w:val="ru-RU"/>
        </w:rPr>
        <w:t xml:space="preserve">               проф. Юлія БОЙКО</w:t>
      </w:r>
    </w:p>
    <w:p w:rsidR="00A76212" w:rsidRPr="004414F1" w:rsidRDefault="00AF3674" w:rsidP="00384C2C">
      <w:pPr>
        <w:ind w:left="-567" w:right="-858"/>
        <w:rPr>
          <w:rFonts w:cs="Times New Roman"/>
          <w:szCs w:val="24"/>
          <w:lang w:val="ru-RU"/>
        </w:rPr>
      </w:pPr>
      <w:r w:rsidRPr="004414F1">
        <w:rPr>
          <w:rFonts w:cs="Times New Roman"/>
          <w:szCs w:val="24"/>
          <w:lang w:val="ru-RU"/>
        </w:rPr>
        <w:t xml:space="preserve">Секретар                                        </w:t>
      </w:r>
      <w:r w:rsidR="00384C2C" w:rsidRPr="00384C2C">
        <w:rPr>
          <w:rFonts w:cs="Times New Roman"/>
          <w:szCs w:val="24"/>
          <w:lang w:val="ru-RU"/>
        </w:rPr>
        <w:tab/>
      </w:r>
      <w:r w:rsidR="00384C2C">
        <w:rPr>
          <w:rFonts w:cs="Times New Roman"/>
          <w:szCs w:val="24"/>
        </w:rPr>
        <w:tab/>
      </w:r>
      <w:r w:rsidR="00384C2C">
        <w:rPr>
          <w:rFonts w:cs="Times New Roman"/>
          <w:szCs w:val="24"/>
        </w:rPr>
        <w:tab/>
      </w:r>
      <w:r w:rsidR="00384C2C">
        <w:rPr>
          <w:rFonts w:cs="Times New Roman"/>
          <w:szCs w:val="24"/>
        </w:rPr>
        <w:tab/>
      </w:r>
      <w:r w:rsidR="00384C2C">
        <w:rPr>
          <w:rFonts w:cs="Times New Roman"/>
          <w:szCs w:val="24"/>
        </w:rPr>
        <w:tab/>
      </w:r>
      <w:r w:rsidRPr="004414F1">
        <w:rPr>
          <w:rFonts w:cs="Times New Roman"/>
          <w:szCs w:val="24"/>
          <w:lang w:val="ru-RU"/>
        </w:rPr>
        <w:t xml:space="preserve">                доц. Ольга ТАРАСОВА</w:t>
      </w:r>
    </w:p>
    <w:p w:rsidR="00A76212" w:rsidRPr="004414F1" w:rsidRDefault="00AF3674" w:rsidP="00384C2C">
      <w:pPr>
        <w:ind w:left="-567" w:right="-858"/>
        <w:rPr>
          <w:rFonts w:cs="Times New Roman"/>
          <w:szCs w:val="24"/>
          <w:lang w:val="ru-RU"/>
        </w:rPr>
      </w:pPr>
      <w:r w:rsidRPr="004414F1">
        <w:rPr>
          <w:rFonts w:cs="Times New Roman"/>
          <w:szCs w:val="24"/>
          <w:lang w:val="ru-RU"/>
        </w:rPr>
        <w:br w:type="page"/>
      </w:r>
    </w:p>
    <w:p w:rsidR="00A76212" w:rsidRPr="004414F1" w:rsidRDefault="00AF3674" w:rsidP="00384C2C">
      <w:pPr>
        <w:ind w:left="-567" w:right="-858"/>
        <w:jc w:val="center"/>
        <w:rPr>
          <w:rFonts w:cs="Times New Roman"/>
          <w:szCs w:val="24"/>
          <w:lang w:val="ru-RU"/>
        </w:rPr>
      </w:pPr>
      <w:r w:rsidRPr="004414F1">
        <w:rPr>
          <w:rFonts w:cs="Times New Roman"/>
          <w:b/>
          <w:szCs w:val="24"/>
          <w:lang w:val="ru-RU"/>
        </w:rPr>
        <w:lastRenderedPageBreak/>
        <w:t>ПРОТОКОЛ № 3</w:t>
      </w:r>
    </w:p>
    <w:p w:rsidR="00A76212" w:rsidRPr="004414F1" w:rsidRDefault="00AF3674" w:rsidP="00384C2C">
      <w:pPr>
        <w:ind w:left="-567" w:right="-858"/>
        <w:jc w:val="center"/>
        <w:rPr>
          <w:rFonts w:cs="Times New Roman"/>
          <w:szCs w:val="24"/>
          <w:lang w:val="ru-RU"/>
        </w:rPr>
      </w:pPr>
      <w:r w:rsidRPr="004414F1">
        <w:rPr>
          <w:rFonts w:cs="Times New Roman"/>
          <w:szCs w:val="24"/>
          <w:lang w:val="ru-RU"/>
        </w:rPr>
        <w:t>Засідання наукового гуртка «Порівняльна типологія» при кафедрі германської філо</w:t>
      </w:r>
      <w:r w:rsidR="007E0501" w:rsidRPr="004414F1">
        <w:rPr>
          <w:rFonts w:cs="Times New Roman"/>
          <w:szCs w:val="24"/>
          <w:lang w:val="ru-RU"/>
        </w:rPr>
        <w:t>логії та перекладознавства</w:t>
      </w:r>
      <w:r w:rsidR="007E0501" w:rsidRPr="004414F1">
        <w:rPr>
          <w:rFonts w:cs="Times New Roman"/>
          <w:szCs w:val="24"/>
          <w:lang w:val="ru-RU"/>
        </w:rPr>
        <w:br/>
        <w:t xml:space="preserve">від </w:t>
      </w:r>
      <w:r w:rsidR="00B46B9D" w:rsidRPr="004414F1">
        <w:rPr>
          <w:rFonts w:cs="Times New Roman"/>
          <w:szCs w:val="24"/>
          <w:lang w:val="ru-RU"/>
        </w:rPr>
        <w:t>7</w:t>
      </w:r>
      <w:r w:rsidR="007E0501" w:rsidRPr="004414F1">
        <w:rPr>
          <w:rFonts w:cs="Times New Roman"/>
          <w:szCs w:val="24"/>
          <w:lang w:val="ru-RU"/>
        </w:rPr>
        <w:t xml:space="preserve"> листопада 2025</w:t>
      </w:r>
      <w:r w:rsidRPr="004414F1">
        <w:rPr>
          <w:rFonts w:cs="Times New Roman"/>
          <w:szCs w:val="24"/>
          <w:lang w:val="ru-RU"/>
        </w:rPr>
        <w:t xml:space="preserve"> р.</w:t>
      </w:r>
    </w:p>
    <w:p w:rsidR="00DC6AC9" w:rsidRPr="004414F1" w:rsidRDefault="00DC6AC9" w:rsidP="00384C2C">
      <w:pPr>
        <w:ind w:left="-567" w:right="-858"/>
        <w:jc w:val="center"/>
        <w:rPr>
          <w:rFonts w:cs="Times New Roman"/>
          <w:bCs/>
          <w:szCs w:val="24"/>
          <w:lang w:val="uk-UA"/>
        </w:rPr>
      </w:pPr>
      <w:r w:rsidRPr="004414F1">
        <w:rPr>
          <w:rFonts w:cs="Times New Roman"/>
          <w:bCs/>
          <w:szCs w:val="24"/>
          <w:lang w:val="ru-RU"/>
        </w:rPr>
        <w:t xml:space="preserve">ПРИСУТНІ: керівник гуртка, </w:t>
      </w:r>
      <w:r w:rsidRPr="004414F1">
        <w:rPr>
          <w:rFonts w:cs="Times New Roman"/>
          <w:bCs/>
          <w:szCs w:val="24"/>
          <w:lang w:val="uk-UA"/>
        </w:rPr>
        <w:t>д.філол.н, проф. Юлія Бойко</w:t>
      </w:r>
    </w:p>
    <w:p w:rsidR="00CD5068" w:rsidRPr="0058616D" w:rsidRDefault="00DC6AC9" w:rsidP="00384C2C">
      <w:pPr>
        <w:ind w:left="-567" w:right="-858"/>
        <w:jc w:val="center"/>
        <w:rPr>
          <w:rFonts w:cs="Times New Roman"/>
          <w:szCs w:val="24"/>
          <w:lang w:val="uk-UA"/>
        </w:rPr>
      </w:pPr>
      <w:r w:rsidRPr="004414F1">
        <w:rPr>
          <w:rFonts w:cs="Times New Roman"/>
          <w:bCs/>
          <w:szCs w:val="24"/>
          <w:lang w:val="uk-UA"/>
        </w:rPr>
        <w:t xml:space="preserve">члени студентського наукового гуртка: А.Вощина, К.Савицька, А.Стасюк, І.Дух, </w:t>
      </w:r>
      <w:r w:rsidRPr="004414F1">
        <w:rPr>
          <w:rFonts w:cs="Times New Roman"/>
          <w:szCs w:val="24"/>
          <w:lang w:val="uk-UA"/>
        </w:rPr>
        <w:t>В. Миколайчук; А. Вощина, Д. Івашкова, Д. Колихаліна</w:t>
      </w:r>
      <w:r w:rsidR="00CD5068" w:rsidRPr="004414F1">
        <w:rPr>
          <w:rFonts w:cs="Times New Roman"/>
          <w:szCs w:val="24"/>
          <w:lang w:val="uk-UA"/>
        </w:rPr>
        <w:t xml:space="preserve">, </w:t>
      </w:r>
      <w:r w:rsidR="00CD5068" w:rsidRPr="0058616D">
        <w:rPr>
          <w:rFonts w:cs="Times New Roman"/>
          <w:szCs w:val="24"/>
          <w:lang w:val="uk-UA"/>
        </w:rPr>
        <w:t>Л. Магась, А. Муринець</w:t>
      </w:r>
    </w:p>
    <w:p w:rsidR="00DC6AC9" w:rsidRPr="004414F1" w:rsidRDefault="00DC6AC9" w:rsidP="00384C2C">
      <w:pPr>
        <w:ind w:left="-567" w:right="-858"/>
        <w:rPr>
          <w:rFonts w:cs="Times New Roman"/>
          <w:bCs/>
          <w:szCs w:val="24"/>
          <w:lang w:val="uk-UA"/>
        </w:rPr>
      </w:pPr>
    </w:p>
    <w:p w:rsidR="00DC6AC9" w:rsidRPr="00334977" w:rsidRDefault="00334977" w:rsidP="00384C2C">
      <w:pPr>
        <w:ind w:left="-567" w:right="-858"/>
        <w:jc w:val="center"/>
        <w:rPr>
          <w:rFonts w:cs="Times New Roman"/>
          <w:b/>
          <w:bCs/>
          <w:szCs w:val="24"/>
          <w:lang w:val="ru-RU"/>
        </w:rPr>
      </w:pPr>
      <w:r w:rsidRPr="00334977">
        <w:rPr>
          <w:rFonts w:cs="Times New Roman"/>
          <w:b/>
          <w:bCs/>
          <w:szCs w:val="24"/>
          <w:lang w:val="ru-RU"/>
        </w:rPr>
        <w:t>ПОРЯДОК ДЕННИЙ</w:t>
      </w:r>
    </w:p>
    <w:p w:rsidR="00DC6AC9" w:rsidRPr="004414F1" w:rsidRDefault="00DC6AC9" w:rsidP="00384C2C">
      <w:pPr>
        <w:pStyle w:val="ae"/>
        <w:numPr>
          <w:ilvl w:val="0"/>
          <w:numId w:val="10"/>
        </w:numPr>
        <w:tabs>
          <w:tab w:val="left" w:pos="284"/>
        </w:tabs>
        <w:spacing w:after="160" w:line="256" w:lineRule="auto"/>
        <w:ind w:left="-567" w:right="-858" w:firstLine="0"/>
        <w:jc w:val="both"/>
        <w:rPr>
          <w:rFonts w:cs="Times New Roman"/>
          <w:bCs/>
          <w:szCs w:val="24"/>
          <w:lang w:val="uk-UA"/>
        </w:rPr>
      </w:pPr>
      <w:r w:rsidRPr="004414F1">
        <w:rPr>
          <w:rFonts w:cs="Times New Roman"/>
          <w:szCs w:val="24"/>
          <w:lang w:val="uk-UA"/>
        </w:rPr>
        <w:t>Сучасна англійська композита: типи та структура</w:t>
      </w:r>
    </w:p>
    <w:p w:rsidR="00DC6AC9" w:rsidRPr="004414F1" w:rsidRDefault="00DC6AC9" w:rsidP="00384C2C">
      <w:pPr>
        <w:pStyle w:val="ae"/>
        <w:numPr>
          <w:ilvl w:val="0"/>
          <w:numId w:val="10"/>
        </w:numPr>
        <w:tabs>
          <w:tab w:val="left" w:pos="284"/>
        </w:tabs>
        <w:spacing w:after="160" w:line="256" w:lineRule="auto"/>
        <w:ind w:left="-567" w:right="-858" w:firstLine="0"/>
        <w:jc w:val="both"/>
        <w:rPr>
          <w:rFonts w:cs="Times New Roman"/>
          <w:bCs/>
          <w:szCs w:val="24"/>
          <w:lang w:val="uk-UA"/>
        </w:rPr>
      </w:pPr>
      <w:r w:rsidRPr="004414F1">
        <w:rPr>
          <w:rFonts w:cs="Times New Roman"/>
          <w:szCs w:val="24"/>
          <w:lang w:val="uk-UA"/>
        </w:rPr>
        <w:t>П</w:t>
      </w:r>
      <w:r w:rsidRPr="004414F1">
        <w:rPr>
          <w:rFonts w:cs="Times New Roman"/>
          <w:szCs w:val="24"/>
          <w:lang w:val="ru-RU"/>
        </w:rPr>
        <w:t>ереклад</w:t>
      </w:r>
      <w:r w:rsidRPr="004414F1">
        <w:rPr>
          <w:rFonts w:cs="Times New Roman"/>
          <w:szCs w:val="24"/>
          <w:lang w:val="uk-UA"/>
        </w:rPr>
        <w:t xml:space="preserve"> композитних номінантів</w:t>
      </w:r>
      <w:r w:rsidRPr="004414F1">
        <w:rPr>
          <w:rFonts w:cs="Times New Roman"/>
          <w:szCs w:val="24"/>
          <w:lang w:val="ru-RU"/>
        </w:rPr>
        <w:t xml:space="preserve"> у сучасному мовознавчому та перекладознавчому аспектах.</w:t>
      </w:r>
    </w:p>
    <w:p w:rsidR="00DC6AC9" w:rsidRPr="004414F1" w:rsidRDefault="00DC6AC9" w:rsidP="00384C2C">
      <w:pPr>
        <w:ind w:left="-567" w:right="-858"/>
        <w:jc w:val="both"/>
        <w:rPr>
          <w:rStyle w:val="vkekvd"/>
          <w:rFonts w:cs="Times New Roman"/>
          <w:color w:val="0A0A0A"/>
          <w:szCs w:val="24"/>
          <w:shd w:val="clear" w:color="auto" w:fill="FFFFFF"/>
          <w:lang w:val="uk-UA"/>
        </w:rPr>
      </w:pPr>
      <w:r w:rsidRPr="004414F1">
        <w:rPr>
          <w:rFonts w:cs="Times New Roman"/>
          <w:b/>
          <w:bCs/>
          <w:szCs w:val="24"/>
          <w:lang w:val="ru-RU"/>
        </w:rPr>
        <w:t>СЛУХАЛИ:</w:t>
      </w:r>
      <w:r w:rsidRPr="004414F1">
        <w:rPr>
          <w:rFonts w:cs="Times New Roman"/>
          <w:szCs w:val="24"/>
          <w:lang w:val="uk-UA"/>
        </w:rPr>
        <w:t xml:space="preserve">       членкиню гуртка </w:t>
      </w:r>
      <w:r w:rsidRPr="004414F1">
        <w:rPr>
          <w:rStyle w:val="af6"/>
          <w:rFonts w:cs="Times New Roman"/>
          <w:b w:val="0"/>
          <w:szCs w:val="24"/>
          <w:lang w:val="uk-UA"/>
        </w:rPr>
        <w:t>А. Вощину</w:t>
      </w:r>
      <w:r w:rsidRPr="004414F1">
        <w:rPr>
          <w:rFonts w:cs="Times New Roman"/>
          <w:szCs w:val="24"/>
          <w:lang w:val="uk-UA"/>
        </w:rPr>
        <w:t xml:space="preserve"> про структуру та семантичні особливості англійської композити. У доповіді було висвітлено поняття композити в сучасній англійській мові, їх класифікацію, основні структурні моделі та семантичну цілісність. Особливу увагу було приділено співвідношенню композит із термінологічними одиницями та їх ролі у формуванні стійких словосполучень і фразеологізмів.</w:t>
      </w:r>
      <w:r w:rsidRPr="004414F1">
        <w:rPr>
          <w:rStyle w:val="vkekvd"/>
          <w:rFonts w:cs="Times New Roman"/>
          <w:color w:val="0A0A0A"/>
          <w:szCs w:val="24"/>
          <w:shd w:val="clear" w:color="auto" w:fill="FFFFFF"/>
        </w:rPr>
        <w:t> </w:t>
      </w:r>
    </w:p>
    <w:p w:rsidR="00DC6AC9" w:rsidRPr="004414F1" w:rsidRDefault="00DC6AC9" w:rsidP="00384C2C">
      <w:pPr>
        <w:ind w:left="-567" w:right="-858"/>
        <w:jc w:val="both"/>
        <w:rPr>
          <w:rStyle w:val="vkekvd"/>
          <w:rFonts w:cs="Times New Roman"/>
          <w:color w:val="0A0A0A"/>
          <w:szCs w:val="24"/>
          <w:shd w:val="clear" w:color="auto" w:fill="FFFFFF"/>
          <w:lang w:val="uk-UA"/>
        </w:rPr>
      </w:pPr>
      <w:r w:rsidRPr="004414F1">
        <w:rPr>
          <w:rStyle w:val="vkekvd"/>
          <w:rFonts w:cs="Times New Roman"/>
          <w:b/>
          <w:bCs/>
          <w:color w:val="0A0A0A"/>
          <w:szCs w:val="24"/>
          <w:shd w:val="clear" w:color="auto" w:fill="FFFFFF"/>
          <w:lang w:val="uk-UA"/>
        </w:rPr>
        <w:t xml:space="preserve">Ухвалили: </w:t>
      </w:r>
      <w:r w:rsidRPr="004414F1">
        <w:rPr>
          <w:rFonts w:cs="Times New Roman"/>
          <w:szCs w:val="24"/>
          <w:lang w:val="uk-UA"/>
        </w:rPr>
        <w:t>і</w:t>
      </w:r>
      <w:r w:rsidRPr="004414F1">
        <w:rPr>
          <w:rFonts w:cs="Times New Roman"/>
          <w:szCs w:val="24"/>
          <w:lang w:val="ru-RU"/>
        </w:rPr>
        <w:t>нформацію</w:t>
      </w:r>
      <w:r w:rsidRPr="004414F1">
        <w:rPr>
          <w:rFonts w:cs="Times New Roman"/>
          <w:szCs w:val="24"/>
          <w:lang w:val="uk-UA"/>
        </w:rPr>
        <w:t xml:space="preserve"> взяти до уваги</w:t>
      </w:r>
      <w:r w:rsidRPr="004414F1">
        <w:rPr>
          <w:rFonts w:cs="Times New Roman"/>
          <w:szCs w:val="24"/>
          <w:lang w:val="ru-RU"/>
        </w:rPr>
        <w:t xml:space="preserve"> та</w:t>
      </w:r>
      <w:r w:rsidRPr="004414F1">
        <w:rPr>
          <w:rFonts w:cs="Times New Roman"/>
          <w:szCs w:val="24"/>
          <w:lang w:val="uk-UA"/>
        </w:rPr>
        <w:t xml:space="preserve"> використати під час </w:t>
      </w:r>
      <w:r w:rsidRPr="004414F1">
        <w:rPr>
          <w:rFonts w:cs="Times New Roman"/>
          <w:szCs w:val="24"/>
          <w:lang w:val="ru-RU"/>
        </w:rPr>
        <w:t>написання статей, підготовки</w:t>
      </w:r>
      <w:r w:rsidRPr="004414F1">
        <w:rPr>
          <w:rFonts w:cs="Times New Roman"/>
          <w:szCs w:val="24"/>
          <w:lang w:val="uk-UA"/>
        </w:rPr>
        <w:t xml:space="preserve"> </w:t>
      </w:r>
      <w:r w:rsidRPr="004414F1">
        <w:rPr>
          <w:rFonts w:cs="Times New Roman"/>
          <w:szCs w:val="24"/>
          <w:lang w:val="ru-RU"/>
        </w:rPr>
        <w:t>доповідей на конференцію.</w:t>
      </w:r>
      <w:r w:rsidRPr="004414F1">
        <w:rPr>
          <w:rFonts w:cs="Times New Roman"/>
          <w:szCs w:val="24"/>
          <w:lang w:val="uk-UA"/>
        </w:rPr>
        <w:t xml:space="preserve"> </w:t>
      </w:r>
    </w:p>
    <w:p w:rsidR="00DC6AC9" w:rsidRPr="004414F1" w:rsidRDefault="00DC6AC9" w:rsidP="00384C2C">
      <w:pPr>
        <w:ind w:left="-567" w:right="-858"/>
        <w:jc w:val="both"/>
        <w:rPr>
          <w:rStyle w:val="vkekvd"/>
          <w:rFonts w:cs="Times New Roman"/>
          <w:color w:val="0A0A0A"/>
          <w:szCs w:val="24"/>
          <w:shd w:val="clear" w:color="auto" w:fill="FFFFFF"/>
          <w:lang w:val="uk-UA"/>
        </w:rPr>
      </w:pPr>
      <w:r w:rsidRPr="004414F1">
        <w:rPr>
          <w:rFonts w:cs="Times New Roman"/>
          <w:b/>
          <w:bCs/>
          <w:szCs w:val="24"/>
          <w:lang w:val="ru-RU"/>
        </w:rPr>
        <w:t>СЛУХАЛИ:</w:t>
      </w:r>
      <w:r w:rsidRPr="004414F1">
        <w:rPr>
          <w:rFonts w:cs="Times New Roman"/>
          <w:szCs w:val="24"/>
          <w:lang w:val="uk-UA"/>
        </w:rPr>
        <w:t xml:space="preserve">       членкиню гуртка </w:t>
      </w:r>
      <w:r w:rsidRPr="004414F1">
        <w:rPr>
          <w:rStyle w:val="af6"/>
          <w:rFonts w:cs="Times New Roman"/>
          <w:b w:val="0"/>
          <w:szCs w:val="24"/>
          <w:lang w:val="uk-UA"/>
        </w:rPr>
        <w:t>Д. Івашкову</w:t>
      </w:r>
      <w:r w:rsidRPr="004414F1">
        <w:rPr>
          <w:rFonts w:cs="Times New Roman"/>
          <w:szCs w:val="24"/>
          <w:lang w:val="ru-RU"/>
        </w:rPr>
        <w:t xml:space="preserve"> </w:t>
      </w:r>
      <w:r w:rsidRPr="004414F1">
        <w:rPr>
          <w:rFonts w:cs="Times New Roman"/>
          <w:szCs w:val="24"/>
          <w:lang w:val="uk-UA"/>
        </w:rPr>
        <w:t>про</w:t>
      </w:r>
      <w:r w:rsidRPr="004414F1">
        <w:rPr>
          <w:rFonts w:cs="Times New Roman"/>
          <w:szCs w:val="24"/>
          <w:lang w:val="ru-RU"/>
        </w:rPr>
        <w:t xml:space="preserve"> тему </w:t>
      </w:r>
      <w:r w:rsidRPr="004414F1">
        <w:rPr>
          <w:rFonts w:cs="Times New Roman"/>
          <w:i/>
          <w:szCs w:val="24"/>
          <w:lang w:val="uk-UA"/>
        </w:rPr>
        <w:t>о</w:t>
      </w:r>
      <w:r w:rsidRPr="004414F1">
        <w:rPr>
          <w:rStyle w:val="af7"/>
          <w:rFonts w:cs="Times New Roman"/>
          <w:szCs w:val="24"/>
          <w:lang w:val="ru-RU"/>
        </w:rPr>
        <w:t>собливості перекладу англійських композит українською мовою</w:t>
      </w:r>
      <w:r w:rsidRPr="004414F1">
        <w:rPr>
          <w:rFonts w:cs="Times New Roman"/>
          <w:szCs w:val="24"/>
          <w:lang w:val="ru-RU"/>
        </w:rPr>
        <w:t>. У доповіді було проаналізовано основні перекладацькі стратегії відтворення англійських композит, зокрема калькування, описовий переклад, лексико-семантичні та граматичні трансформації. Окремо було наголошено на специфіці перекладу композит, що функціонують у складі фразеологізмів, а також на труднощах передачі термінологічних композит у спеціалізованих текстах.</w:t>
      </w:r>
      <w:r w:rsidRPr="004414F1">
        <w:rPr>
          <w:rStyle w:val="vkekvd"/>
          <w:rFonts w:cs="Times New Roman"/>
          <w:color w:val="0A0A0A"/>
          <w:szCs w:val="24"/>
          <w:shd w:val="clear" w:color="auto" w:fill="FFFFFF"/>
        </w:rPr>
        <w:t> </w:t>
      </w:r>
    </w:p>
    <w:p w:rsidR="00DC6AC9" w:rsidRPr="004414F1" w:rsidRDefault="00DC6AC9" w:rsidP="00384C2C">
      <w:pPr>
        <w:ind w:left="-567" w:right="-858"/>
        <w:jc w:val="both"/>
        <w:rPr>
          <w:rStyle w:val="vkekvd"/>
          <w:rFonts w:cs="Times New Roman"/>
          <w:color w:val="0A0A0A"/>
          <w:szCs w:val="24"/>
          <w:shd w:val="clear" w:color="auto" w:fill="FFFFFF"/>
          <w:lang w:val="uk-UA"/>
        </w:rPr>
      </w:pPr>
      <w:r w:rsidRPr="004414F1">
        <w:rPr>
          <w:rStyle w:val="vkekvd"/>
          <w:rFonts w:cs="Times New Roman"/>
          <w:b/>
          <w:bCs/>
          <w:color w:val="0A0A0A"/>
          <w:szCs w:val="24"/>
          <w:shd w:val="clear" w:color="auto" w:fill="FFFFFF"/>
          <w:lang w:val="uk-UA"/>
        </w:rPr>
        <w:t>Ухвалили:</w:t>
      </w:r>
      <w:r w:rsidRPr="004414F1">
        <w:rPr>
          <w:rStyle w:val="vkekvd"/>
          <w:rFonts w:cs="Times New Roman"/>
          <w:color w:val="0A0A0A"/>
          <w:szCs w:val="24"/>
          <w:shd w:val="clear" w:color="auto" w:fill="FFFFFF"/>
          <w:lang w:val="uk-UA"/>
        </w:rPr>
        <w:t xml:space="preserve"> </w:t>
      </w:r>
      <w:r w:rsidRPr="004414F1">
        <w:rPr>
          <w:rFonts w:cs="Times New Roman"/>
          <w:szCs w:val="24"/>
          <w:lang w:val="ru-RU"/>
        </w:rPr>
        <w:t>використовувати матеріали доповідей під час написання курсових і кваліфікаційних робіт, присвячених проблемам перекладу композит, термінів та фразеологічних одиниць.</w:t>
      </w:r>
    </w:p>
    <w:p w:rsidR="00384C2C" w:rsidRDefault="00AF3674" w:rsidP="00384C2C">
      <w:pPr>
        <w:ind w:left="-567" w:right="-858"/>
        <w:rPr>
          <w:rFonts w:cs="Times New Roman"/>
          <w:szCs w:val="24"/>
        </w:rPr>
      </w:pPr>
      <w:r w:rsidRPr="004414F1">
        <w:rPr>
          <w:rFonts w:cs="Times New Roman"/>
          <w:szCs w:val="24"/>
          <w:lang w:val="ru-RU"/>
        </w:rPr>
        <w:br/>
      </w:r>
    </w:p>
    <w:p w:rsidR="00384C2C" w:rsidRDefault="00384C2C" w:rsidP="00384C2C">
      <w:pPr>
        <w:ind w:left="-567" w:right="-858"/>
        <w:rPr>
          <w:rFonts w:cs="Times New Roman"/>
          <w:szCs w:val="24"/>
        </w:rPr>
      </w:pPr>
    </w:p>
    <w:p w:rsidR="00A76212" w:rsidRPr="004414F1" w:rsidRDefault="00CD5068" w:rsidP="00384C2C">
      <w:pPr>
        <w:ind w:left="-567" w:right="-858"/>
        <w:rPr>
          <w:rFonts w:cs="Times New Roman"/>
          <w:szCs w:val="24"/>
          <w:lang w:val="ru-RU"/>
        </w:rPr>
      </w:pPr>
      <w:r w:rsidRPr="004414F1">
        <w:rPr>
          <w:rFonts w:cs="Times New Roman"/>
          <w:szCs w:val="24"/>
          <w:lang w:val="ru-RU"/>
        </w:rPr>
        <w:t>Керівник</w:t>
      </w:r>
      <w:r w:rsidRPr="004414F1">
        <w:rPr>
          <w:rFonts w:cs="Times New Roman"/>
          <w:szCs w:val="24"/>
          <w:lang w:val="ru-RU"/>
        </w:rPr>
        <w:tab/>
      </w:r>
      <w:r w:rsidRPr="004414F1">
        <w:rPr>
          <w:rFonts w:cs="Times New Roman"/>
          <w:szCs w:val="24"/>
          <w:lang w:val="ru-RU"/>
        </w:rPr>
        <w:tab/>
        <w:t xml:space="preserve">  </w:t>
      </w:r>
      <w:r w:rsidR="00AF3674" w:rsidRPr="004414F1">
        <w:rPr>
          <w:rFonts w:cs="Times New Roman"/>
          <w:szCs w:val="24"/>
          <w:lang w:val="ru-RU"/>
        </w:rPr>
        <w:t xml:space="preserve">                </w:t>
      </w:r>
      <w:r w:rsidR="00384C2C">
        <w:rPr>
          <w:rFonts w:cs="Times New Roman"/>
          <w:szCs w:val="24"/>
        </w:rPr>
        <w:tab/>
      </w:r>
      <w:r w:rsidR="00384C2C">
        <w:rPr>
          <w:rFonts w:cs="Times New Roman"/>
          <w:szCs w:val="24"/>
        </w:rPr>
        <w:tab/>
      </w:r>
      <w:r w:rsidR="00384C2C">
        <w:rPr>
          <w:rFonts w:cs="Times New Roman"/>
          <w:szCs w:val="24"/>
        </w:rPr>
        <w:tab/>
      </w:r>
      <w:r w:rsidR="00384C2C">
        <w:rPr>
          <w:rFonts w:cs="Times New Roman"/>
          <w:szCs w:val="24"/>
        </w:rPr>
        <w:tab/>
      </w:r>
      <w:r w:rsidR="00384C2C">
        <w:rPr>
          <w:rFonts w:cs="Times New Roman"/>
          <w:szCs w:val="24"/>
        </w:rPr>
        <w:tab/>
      </w:r>
      <w:r w:rsidR="00AF3674" w:rsidRPr="004414F1">
        <w:rPr>
          <w:rFonts w:cs="Times New Roman"/>
          <w:szCs w:val="24"/>
          <w:lang w:val="ru-RU"/>
        </w:rPr>
        <w:t xml:space="preserve">            </w:t>
      </w:r>
      <w:r w:rsidR="00384C2C">
        <w:rPr>
          <w:rFonts w:cs="Times New Roman"/>
          <w:szCs w:val="24"/>
        </w:rPr>
        <w:t xml:space="preserve">       </w:t>
      </w:r>
      <w:r w:rsidR="00AF3674" w:rsidRPr="004414F1">
        <w:rPr>
          <w:rFonts w:cs="Times New Roman"/>
          <w:szCs w:val="24"/>
          <w:lang w:val="ru-RU"/>
        </w:rPr>
        <w:t xml:space="preserve">      проф. Юлія БОЙКО</w:t>
      </w:r>
    </w:p>
    <w:p w:rsidR="00A76212" w:rsidRPr="004414F1" w:rsidRDefault="00AF3674" w:rsidP="00384C2C">
      <w:pPr>
        <w:ind w:left="-567" w:right="-858"/>
        <w:rPr>
          <w:rFonts w:cs="Times New Roman"/>
          <w:szCs w:val="24"/>
          <w:lang w:val="ru-RU"/>
        </w:rPr>
      </w:pPr>
      <w:r w:rsidRPr="004414F1">
        <w:rPr>
          <w:rFonts w:cs="Times New Roman"/>
          <w:szCs w:val="24"/>
          <w:lang w:val="ru-RU"/>
        </w:rPr>
        <w:t xml:space="preserve">Секретар                                     </w:t>
      </w:r>
      <w:r w:rsidR="00384C2C">
        <w:rPr>
          <w:rFonts w:cs="Times New Roman"/>
          <w:szCs w:val="24"/>
        </w:rPr>
        <w:tab/>
      </w:r>
      <w:r w:rsidR="00384C2C">
        <w:rPr>
          <w:rFonts w:cs="Times New Roman"/>
          <w:szCs w:val="24"/>
        </w:rPr>
        <w:tab/>
      </w:r>
      <w:r w:rsidR="00384C2C">
        <w:rPr>
          <w:rFonts w:cs="Times New Roman"/>
          <w:szCs w:val="24"/>
        </w:rPr>
        <w:tab/>
      </w:r>
      <w:r w:rsidR="00384C2C">
        <w:rPr>
          <w:rFonts w:cs="Times New Roman"/>
          <w:szCs w:val="24"/>
        </w:rPr>
        <w:tab/>
      </w:r>
      <w:r w:rsidR="00384C2C">
        <w:rPr>
          <w:rFonts w:cs="Times New Roman"/>
          <w:szCs w:val="24"/>
        </w:rPr>
        <w:tab/>
      </w:r>
      <w:r w:rsidRPr="004414F1">
        <w:rPr>
          <w:rFonts w:cs="Times New Roman"/>
          <w:szCs w:val="24"/>
          <w:lang w:val="ru-RU"/>
        </w:rPr>
        <w:t xml:space="preserve">                   доц. Ольга ТАРАСОВА</w:t>
      </w:r>
    </w:p>
    <w:sectPr w:rsidR="00A76212" w:rsidRPr="004414F1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03131F75"/>
    <w:multiLevelType w:val="hybridMultilevel"/>
    <w:tmpl w:val="8494A4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096521EB"/>
    <w:multiLevelType w:val="hybridMultilevel"/>
    <w:tmpl w:val="BD562C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9"/>
  </w:num>
  <w:num w:numId="12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20"/>
  <w:characterSpacingControl w:val="doNotCompress"/>
  <w:compat>
    <w:useFELayout/>
  </w:compat>
  <w:rsids>
    <w:rsidRoot w:val="00B47730"/>
    <w:rsid w:val="00034616"/>
    <w:rsid w:val="0006063C"/>
    <w:rsid w:val="0015074B"/>
    <w:rsid w:val="0022316B"/>
    <w:rsid w:val="0029639D"/>
    <w:rsid w:val="00326F90"/>
    <w:rsid w:val="00334977"/>
    <w:rsid w:val="00384C2C"/>
    <w:rsid w:val="003B30CC"/>
    <w:rsid w:val="004414F1"/>
    <w:rsid w:val="0050471A"/>
    <w:rsid w:val="00512478"/>
    <w:rsid w:val="0058616D"/>
    <w:rsid w:val="005B7CB4"/>
    <w:rsid w:val="00682563"/>
    <w:rsid w:val="006C2D41"/>
    <w:rsid w:val="007C745F"/>
    <w:rsid w:val="007E0501"/>
    <w:rsid w:val="008669D4"/>
    <w:rsid w:val="00890056"/>
    <w:rsid w:val="00893972"/>
    <w:rsid w:val="008C79CB"/>
    <w:rsid w:val="0094561B"/>
    <w:rsid w:val="00A76212"/>
    <w:rsid w:val="00A9367D"/>
    <w:rsid w:val="00AA1D8D"/>
    <w:rsid w:val="00AF3674"/>
    <w:rsid w:val="00B46B9D"/>
    <w:rsid w:val="00B47730"/>
    <w:rsid w:val="00C5511B"/>
    <w:rsid w:val="00C643D8"/>
    <w:rsid w:val="00CB0664"/>
    <w:rsid w:val="00CD5068"/>
    <w:rsid w:val="00DC6AC9"/>
    <w:rsid w:val="00F604FA"/>
    <w:rsid w:val="00F844E9"/>
    <w:rsid w:val="00FC69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rPr>
      <w:rFonts w:ascii="Times New Roman" w:eastAsia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efault">
    <w:name w:val="Default"/>
    <w:rsid w:val="008C79C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ru-RU"/>
    </w:rPr>
  </w:style>
  <w:style w:type="character" w:customStyle="1" w:styleId="vkekvd">
    <w:name w:val="vkekvd"/>
    <w:basedOn w:val="a2"/>
    <w:rsid w:val="00DC6AC9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7</Pages>
  <Words>912</Words>
  <Characters>5204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6104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21</cp:revision>
  <dcterms:created xsi:type="dcterms:W3CDTF">2013-12-23T23:15:00Z</dcterms:created>
  <dcterms:modified xsi:type="dcterms:W3CDTF">2026-05-24T16:10:00Z</dcterms:modified>
  <cp:category/>
</cp:coreProperties>
</file>